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66867" w14:textId="77777777" w:rsidR="00B000C3" w:rsidRDefault="00000000">
      <w:pPr>
        <w:spacing w:before="1600"/>
        <w:jc w:val="center"/>
      </w:pPr>
      <w:r>
        <w:rPr>
          <w:rFonts w:ascii="Georgia" w:hAnsi="Georgia"/>
          <w:b/>
          <w:color w:val="C9A227"/>
          <w:sz w:val="60"/>
        </w:rPr>
        <w:t>ECP</w:t>
      </w:r>
    </w:p>
    <w:p w14:paraId="3E0022DE" w14:textId="77777777" w:rsidR="00B000C3" w:rsidRDefault="00000000">
      <w:pPr>
        <w:spacing w:after="160" w:line="240" w:lineRule="auto"/>
        <w:jc w:val="center"/>
      </w:pPr>
      <w:r>
        <w:rPr>
          <w:rFonts w:ascii="Georgia" w:hAnsi="Georgia"/>
          <w:b/>
          <w:color w:val="17365D"/>
          <w:sz w:val="48"/>
        </w:rPr>
        <w:t>RUN OF SHOW TEMPLATE</w:t>
      </w:r>
    </w:p>
    <w:p w14:paraId="26466442" w14:textId="77777777" w:rsidR="00B000C3" w:rsidRDefault="00000000">
      <w:pPr>
        <w:jc w:val="center"/>
      </w:pPr>
      <w:r>
        <w:rPr>
          <w:color w:val="333333"/>
          <w:sz w:val="22"/>
        </w:rPr>
        <w:t>Detailed event delivery document</w:t>
      </w:r>
    </w:p>
    <w:p w14:paraId="758107FF" w14:textId="77777777" w:rsidR="00B000C3" w:rsidRDefault="00000000">
      <w:pPr>
        <w:spacing w:before="800"/>
        <w:jc w:val="center"/>
      </w:pPr>
      <w:r>
        <w:rPr>
          <w:color w:val="333333"/>
          <w:sz w:val="20"/>
        </w:rPr>
        <w:t>Event Name:  [Enter event name]</w:t>
      </w:r>
      <w:r>
        <w:rPr>
          <w:color w:val="333333"/>
          <w:sz w:val="20"/>
        </w:rPr>
        <w:br/>
        <w:t>Event Date(s):  [Enter date(s)]</w:t>
      </w:r>
      <w:r>
        <w:rPr>
          <w:color w:val="333333"/>
          <w:sz w:val="20"/>
        </w:rPr>
        <w:br/>
        <w:t>Venue / Location:  [Enter venue / location]</w:t>
      </w:r>
      <w:r>
        <w:rPr>
          <w:color w:val="333333"/>
          <w:sz w:val="20"/>
        </w:rPr>
        <w:br/>
        <w:t>Version / Last Updated:  [Enter version / date]</w:t>
      </w:r>
    </w:p>
    <w:p w14:paraId="721CC189" w14:textId="77777777" w:rsidR="00B000C3" w:rsidRDefault="00000000">
      <w:r>
        <w:br w:type="page"/>
      </w:r>
    </w:p>
    <w:p w14:paraId="5439A75E" w14:textId="77777777" w:rsidR="00B000C3" w:rsidRDefault="00000000">
      <w:pPr>
        <w:spacing w:before="120" w:after="100" w:line="240" w:lineRule="auto"/>
      </w:pPr>
      <w:r>
        <w:rPr>
          <w:rFonts w:ascii="Georgia" w:hAnsi="Georgia"/>
          <w:b/>
          <w:color w:val="17365D"/>
          <w:sz w:val="30"/>
        </w:rPr>
        <w:lastRenderedPageBreak/>
        <w:t>Start Here</w:t>
      </w:r>
    </w:p>
    <w:p w14:paraId="42D6B211" w14:textId="77777777" w:rsidR="00B000C3" w:rsidRDefault="00000000">
      <w:pPr>
        <w:spacing w:after="140" w:line="240" w:lineRule="auto"/>
      </w:pPr>
      <w:r>
        <w:rPr>
          <w:b/>
          <w:color w:val="17365D"/>
          <w:sz w:val="20"/>
        </w:rPr>
        <w:t xml:space="preserve">Purpose. </w:t>
      </w:r>
      <w:r>
        <w:rPr>
          <w:sz w:val="20"/>
        </w:rPr>
        <w:t>Use this Run of Show to translate the confirmed program into the detailed chronological instructions required to deliver the event. It should capture what happens, when it happens, what needs to be said or done, and who is responsible.</w:t>
      </w:r>
    </w:p>
    <w:tbl>
      <w:tblPr>
        <w:tblW w:w="0" w:type="auto"/>
        <w:jc w:val="center"/>
        <w:tblLook w:val="04A0" w:firstRow="1" w:lastRow="0" w:firstColumn="1" w:lastColumn="0" w:noHBand="0" w:noVBand="1"/>
      </w:tblPr>
      <w:tblGrid>
        <w:gridCol w:w="10080"/>
      </w:tblGrid>
      <w:tr w:rsidR="00B000C3" w14:paraId="013B6CD9" w14:textId="77777777">
        <w:trPr>
          <w:jc w:val="center"/>
        </w:trPr>
        <w:tc>
          <w:tcPr>
            <w:tcW w:w="10080" w:type="dxa"/>
            <w:shd w:val="clear" w:color="auto" w:fill="FBF8EF"/>
            <w:tcMar>
              <w:top w:w="100" w:type="dxa"/>
              <w:left w:w="130" w:type="dxa"/>
              <w:bottom w:w="100" w:type="dxa"/>
              <w:right w:w="130" w:type="dxa"/>
            </w:tcMar>
          </w:tcPr>
          <w:p w14:paraId="417A05C0" w14:textId="77777777" w:rsidR="00B000C3" w:rsidRDefault="00000000">
            <w:pPr>
              <w:spacing w:after="0" w:line="240" w:lineRule="auto"/>
            </w:pPr>
            <w:r>
              <w:rPr>
                <w:b/>
                <w:color w:val="17365D"/>
                <w:sz w:val="18"/>
              </w:rPr>
              <w:t xml:space="preserve">Terminology: </w:t>
            </w:r>
            <w:r>
              <w:rPr>
                <w:color w:val="333333"/>
                <w:sz w:val="18"/>
              </w:rPr>
              <w:t>ECP uses Run of Show (ROS). Depending on the organization, event or production team, a similar document may also be called a script, event script or scenario.</w:t>
            </w:r>
          </w:p>
        </w:tc>
      </w:tr>
    </w:tbl>
    <w:p w14:paraId="5FCB68FE" w14:textId="77777777" w:rsidR="00B000C3" w:rsidRDefault="00B000C3">
      <w:pPr>
        <w:spacing w:after="20"/>
      </w:pPr>
    </w:p>
    <w:p w14:paraId="1987BFE7" w14:textId="77777777" w:rsidR="00B000C3" w:rsidRDefault="00000000">
      <w:pPr>
        <w:spacing w:before="80" w:after="60" w:line="240" w:lineRule="auto"/>
      </w:pPr>
      <w:r>
        <w:rPr>
          <w:b/>
          <w:color w:val="C9A227"/>
          <w:sz w:val="17"/>
        </w:rPr>
        <w:t>CORE PRINCIPLES</w:t>
      </w:r>
    </w:p>
    <w:p w14:paraId="07D9C7E1" w14:textId="77777777" w:rsidR="00B000C3" w:rsidRDefault="00000000">
      <w:pPr>
        <w:pStyle w:val="ListBullet"/>
        <w:spacing w:after="40" w:line="240" w:lineRule="auto"/>
      </w:pPr>
      <w:r>
        <w:t>Follow the final Program &amp; Agenda closely, then add the operational detail required to make every part of the event happen.</w:t>
      </w:r>
    </w:p>
    <w:p w14:paraId="48D5B6BD" w14:textId="77777777" w:rsidR="00B000C3" w:rsidRDefault="00000000">
      <w:pPr>
        <w:pStyle w:val="ListBullet"/>
        <w:spacing w:after="40" w:line="240" w:lineRule="auto"/>
      </w:pPr>
      <w:r>
        <w:t>For multi-day events, begin each day with a Program at a Glance, followed by that day’s Detailed Run of Show.</w:t>
      </w:r>
    </w:p>
    <w:p w14:paraId="49D04CBF" w14:textId="77777777" w:rsidR="00B000C3" w:rsidRDefault="00000000">
      <w:pPr>
        <w:pStyle w:val="ListBullet"/>
        <w:spacing w:after="40" w:line="240" w:lineRule="auto"/>
      </w:pPr>
      <w:r>
        <w:t>The Detailed Run of Show includes the full delivery day: staff/vendor call times, setup, registration, sessions, meals and breaks, sponsorship benefits, speaker movements, AV/production cues, transitions, room changes, receptions, closing activities and other actions that must occur.</w:t>
      </w:r>
    </w:p>
    <w:p w14:paraId="571D1E4A" w14:textId="77777777" w:rsidR="00B000C3" w:rsidRDefault="00000000">
      <w:pPr>
        <w:pStyle w:val="ListBullet"/>
        <w:spacing w:after="40" w:line="240" w:lineRule="auto"/>
      </w:pPr>
      <w:r>
        <w:t>Identify who is responsible for each required action. Include staff roles, vendors and other delivery partners where applicable.</w:t>
      </w:r>
    </w:p>
    <w:p w14:paraId="131FF419" w14:textId="77777777" w:rsidR="00B000C3" w:rsidRDefault="00000000">
      <w:pPr>
        <w:pStyle w:val="ListBullet"/>
        <w:spacing w:after="40" w:line="240" w:lineRule="auto"/>
      </w:pPr>
      <w:r>
        <w:t>For Keynote Speakers, MCs and Organization Representatives/Presidents who are speaking, include the person’s name, photo and applicable remarks/script when useful for delivery.</w:t>
      </w:r>
    </w:p>
    <w:p w14:paraId="4BE4162F" w14:textId="77777777" w:rsidR="00B000C3" w:rsidRDefault="00000000">
      <w:pPr>
        <w:pStyle w:val="ListBullet"/>
        <w:spacing w:after="40" w:line="240" w:lineRule="auto"/>
      </w:pPr>
      <w:r>
        <w:t>Use only the note types needed for each activity. Not every activity requires AV, production, F&amp;B, sponsorship or a final room check.</w:t>
      </w:r>
    </w:p>
    <w:p w14:paraId="0833DE45" w14:textId="77777777" w:rsidR="00B000C3" w:rsidRDefault="00000000">
      <w:pPr>
        <w:pStyle w:val="ListBullet"/>
        <w:spacing w:after="40" w:line="240" w:lineRule="auto"/>
      </w:pPr>
      <w:r>
        <w:t>The Run of Show may be extremely detailed. Detail should support execution, not create unnecessary repetitive instructions.</w:t>
      </w:r>
    </w:p>
    <w:p w14:paraId="3E28E347" w14:textId="77777777" w:rsidR="00E342A6" w:rsidRDefault="00E342A6">
      <w:pPr>
        <w:spacing w:before="80" w:after="60" w:line="240" w:lineRule="auto"/>
        <w:rPr>
          <w:b/>
          <w:color w:val="C9A227"/>
          <w:sz w:val="17"/>
        </w:rPr>
      </w:pPr>
    </w:p>
    <w:p w14:paraId="48E2C4B3" w14:textId="4640C741" w:rsidR="00B000C3" w:rsidRDefault="00000000">
      <w:pPr>
        <w:spacing w:before="80" w:after="60" w:line="240" w:lineRule="auto"/>
      </w:pPr>
      <w:r>
        <w:rPr>
          <w:b/>
          <w:color w:val="C9A227"/>
          <w:sz w:val="17"/>
        </w:rPr>
        <w:t>AI CAN ASSIST</w:t>
      </w:r>
    </w:p>
    <w:p w14:paraId="3EA0D361" w14:textId="77777777" w:rsidR="00B000C3" w:rsidRDefault="00000000">
      <w:pPr>
        <w:spacing w:after="60" w:line="240" w:lineRule="auto"/>
      </w:pPr>
      <w:r>
        <w:rPr>
          <w:b/>
          <w:color w:val="17365D"/>
        </w:rPr>
        <w:t xml:space="preserve">Optional. </w:t>
      </w:r>
      <w:r>
        <w:t>AI can use a finalized Program &amp; Agenda to create a draft Run of Show skeleton using confirmed information. It should not invent missing details. The planner reviews, verifies, expands and finalizes the document.</w:t>
      </w:r>
    </w:p>
    <w:tbl>
      <w:tblPr>
        <w:tblW w:w="0" w:type="auto"/>
        <w:jc w:val="center"/>
        <w:tblLook w:val="04A0" w:firstRow="1" w:lastRow="0" w:firstColumn="1" w:lastColumn="0" w:noHBand="0" w:noVBand="1"/>
      </w:tblPr>
      <w:tblGrid>
        <w:gridCol w:w="10080"/>
      </w:tblGrid>
      <w:tr w:rsidR="00B000C3" w14:paraId="5A488CDC" w14:textId="77777777">
        <w:trPr>
          <w:jc w:val="center"/>
        </w:trPr>
        <w:tc>
          <w:tcPr>
            <w:tcW w:w="10080" w:type="dxa"/>
            <w:shd w:val="clear" w:color="auto" w:fill="F3F5F7"/>
            <w:tcMar>
              <w:top w:w="100" w:type="dxa"/>
              <w:left w:w="130" w:type="dxa"/>
              <w:bottom w:w="100" w:type="dxa"/>
              <w:right w:w="130" w:type="dxa"/>
            </w:tcMar>
          </w:tcPr>
          <w:p w14:paraId="3ADA0D99" w14:textId="77777777" w:rsidR="00B000C3" w:rsidRDefault="00000000">
            <w:pPr>
              <w:spacing w:after="0" w:line="240" w:lineRule="auto"/>
            </w:pPr>
            <w:r>
              <w:rPr>
                <w:b/>
                <w:color w:val="17365D"/>
                <w:sz w:val="18"/>
              </w:rPr>
              <w:t xml:space="preserve">Suggested placeholders for missing information: </w:t>
            </w:r>
            <w:r>
              <w:rPr>
                <w:color w:val="333333"/>
                <w:sz w:val="18"/>
              </w:rPr>
              <w:t>Remarks Required • Speaker TBD • Photo Required • AV Cue Required / Confirm • Production Detail Required • F&amp;B Detail Required / Confirm • Sponsorship Benefit / Branding Detail Required • Responsible Person Required</w:t>
            </w:r>
          </w:p>
        </w:tc>
      </w:tr>
    </w:tbl>
    <w:p w14:paraId="2C50AB71" w14:textId="77777777" w:rsidR="00B000C3" w:rsidRDefault="00B000C3">
      <w:pPr>
        <w:spacing w:after="20"/>
      </w:pPr>
    </w:p>
    <w:p w14:paraId="48B08AC0" w14:textId="77777777" w:rsidR="00E342A6" w:rsidRDefault="00E342A6">
      <w:pPr>
        <w:spacing w:after="20"/>
      </w:pPr>
    </w:p>
    <w:p w14:paraId="5E95B940" w14:textId="77777777" w:rsidR="00C23462" w:rsidRDefault="00C23462">
      <w:pPr>
        <w:spacing w:before="120" w:after="100" w:line="240" w:lineRule="auto"/>
        <w:rPr>
          <w:rFonts w:ascii="Georgia" w:hAnsi="Georgia"/>
          <w:b/>
          <w:color w:val="17365D"/>
          <w:sz w:val="30"/>
        </w:rPr>
      </w:pPr>
    </w:p>
    <w:p w14:paraId="1BD2CA03" w14:textId="77777777" w:rsidR="00C23462" w:rsidRDefault="00C23462">
      <w:pPr>
        <w:spacing w:before="120" w:after="100" w:line="240" w:lineRule="auto"/>
        <w:rPr>
          <w:rFonts w:ascii="Georgia" w:hAnsi="Georgia"/>
          <w:b/>
          <w:color w:val="17365D"/>
          <w:sz w:val="30"/>
        </w:rPr>
      </w:pPr>
    </w:p>
    <w:p w14:paraId="1212DEA0" w14:textId="77777777" w:rsidR="00C23462" w:rsidRDefault="00C23462">
      <w:pPr>
        <w:spacing w:before="120" w:after="100" w:line="240" w:lineRule="auto"/>
        <w:rPr>
          <w:rFonts w:ascii="Georgia" w:hAnsi="Georgia"/>
          <w:b/>
          <w:color w:val="17365D"/>
          <w:sz w:val="30"/>
        </w:rPr>
      </w:pPr>
    </w:p>
    <w:p w14:paraId="2984DC00" w14:textId="77777777" w:rsidR="00C23462" w:rsidRDefault="00C23462">
      <w:pPr>
        <w:spacing w:before="120" w:after="100" w:line="240" w:lineRule="auto"/>
        <w:rPr>
          <w:rFonts w:ascii="Georgia" w:hAnsi="Georgia"/>
          <w:b/>
          <w:color w:val="17365D"/>
          <w:sz w:val="30"/>
        </w:rPr>
      </w:pPr>
    </w:p>
    <w:p w14:paraId="2874B5AE" w14:textId="77777777" w:rsidR="00C23462" w:rsidRDefault="00C23462">
      <w:pPr>
        <w:spacing w:before="120" w:after="100" w:line="240" w:lineRule="auto"/>
        <w:rPr>
          <w:rFonts w:ascii="Georgia" w:hAnsi="Georgia"/>
          <w:b/>
          <w:color w:val="17365D"/>
          <w:sz w:val="30"/>
        </w:rPr>
      </w:pPr>
    </w:p>
    <w:p w14:paraId="33CCE6A0" w14:textId="77777777" w:rsidR="00C23462" w:rsidRDefault="00C23462">
      <w:pPr>
        <w:spacing w:before="120" w:after="100" w:line="240" w:lineRule="auto"/>
        <w:rPr>
          <w:rFonts w:ascii="Georgia" w:hAnsi="Georgia"/>
          <w:b/>
          <w:color w:val="17365D"/>
          <w:sz w:val="30"/>
        </w:rPr>
      </w:pPr>
    </w:p>
    <w:p w14:paraId="7900A481" w14:textId="77777777" w:rsidR="00C23462" w:rsidRDefault="00C23462">
      <w:pPr>
        <w:spacing w:before="120" w:after="100" w:line="240" w:lineRule="auto"/>
        <w:rPr>
          <w:rFonts w:ascii="Georgia" w:hAnsi="Georgia"/>
          <w:b/>
          <w:color w:val="17365D"/>
          <w:sz w:val="30"/>
        </w:rPr>
      </w:pPr>
    </w:p>
    <w:p w14:paraId="1929411D" w14:textId="77777777" w:rsidR="00C23462" w:rsidRDefault="00C23462">
      <w:pPr>
        <w:spacing w:before="120" w:after="100" w:line="240" w:lineRule="auto"/>
        <w:rPr>
          <w:rFonts w:ascii="Georgia" w:hAnsi="Georgia"/>
          <w:b/>
          <w:color w:val="17365D"/>
          <w:sz w:val="30"/>
        </w:rPr>
      </w:pPr>
    </w:p>
    <w:p w14:paraId="313BDDAA" w14:textId="77777777" w:rsidR="00C23462" w:rsidRDefault="00C23462">
      <w:pPr>
        <w:spacing w:before="120" w:after="100" w:line="240" w:lineRule="auto"/>
        <w:rPr>
          <w:rFonts w:ascii="Georgia" w:hAnsi="Georgia"/>
          <w:b/>
          <w:color w:val="17365D"/>
          <w:sz w:val="30"/>
        </w:rPr>
      </w:pPr>
    </w:p>
    <w:p w14:paraId="61D9B5CD" w14:textId="77777777" w:rsidR="00C23462" w:rsidRDefault="00C23462">
      <w:pPr>
        <w:spacing w:before="120" w:after="100" w:line="240" w:lineRule="auto"/>
        <w:rPr>
          <w:rFonts w:ascii="Georgia" w:hAnsi="Georgia"/>
          <w:b/>
          <w:color w:val="17365D"/>
          <w:sz w:val="30"/>
        </w:rPr>
      </w:pPr>
    </w:p>
    <w:p w14:paraId="0D0EBFE2" w14:textId="77777777" w:rsidR="00C23462" w:rsidRDefault="00C23462">
      <w:pPr>
        <w:spacing w:before="120" w:after="100" w:line="240" w:lineRule="auto"/>
        <w:rPr>
          <w:rFonts w:ascii="Georgia" w:hAnsi="Georgia"/>
          <w:b/>
          <w:color w:val="17365D"/>
          <w:sz w:val="30"/>
        </w:rPr>
      </w:pPr>
    </w:p>
    <w:p w14:paraId="2DCDC786" w14:textId="09E3EE49" w:rsidR="00B000C3" w:rsidRDefault="00000000">
      <w:pPr>
        <w:spacing w:before="120" w:after="100" w:line="240" w:lineRule="auto"/>
      </w:pPr>
      <w:r>
        <w:rPr>
          <w:rFonts w:ascii="Georgia" w:hAnsi="Georgia"/>
          <w:b/>
          <w:color w:val="17365D"/>
          <w:sz w:val="30"/>
        </w:rPr>
        <w:lastRenderedPageBreak/>
        <w:t>Event Information</w:t>
      </w:r>
    </w:p>
    <w:p w14:paraId="4A6C1F5E" w14:textId="77777777" w:rsidR="00B000C3" w:rsidRDefault="00000000">
      <w:pPr>
        <w:spacing w:after="40" w:line="240" w:lineRule="auto"/>
      </w:pPr>
      <w:r>
        <w:rPr>
          <w:b/>
          <w:color w:val="17365D"/>
        </w:rPr>
        <w:t xml:space="preserve">Event Name: </w:t>
      </w:r>
      <w:r>
        <w:rPr>
          <w:color w:val="333333"/>
        </w:rPr>
        <w:t>[Enter information]</w:t>
      </w:r>
    </w:p>
    <w:p w14:paraId="30FC4220" w14:textId="77777777" w:rsidR="00B000C3" w:rsidRDefault="00000000">
      <w:pPr>
        <w:spacing w:after="40" w:line="240" w:lineRule="auto"/>
      </w:pPr>
      <w:r>
        <w:rPr>
          <w:b/>
          <w:color w:val="17365D"/>
        </w:rPr>
        <w:t xml:space="preserve">Event Date(s): </w:t>
      </w:r>
      <w:r>
        <w:rPr>
          <w:color w:val="333333"/>
        </w:rPr>
        <w:t>[Enter information]</w:t>
      </w:r>
    </w:p>
    <w:p w14:paraId="58818B75" w14:textId="77777777" w:rsidR="00B000C3" w:rsidRDefault="00000000">
      <w:pPr>
        <w:spacing w:after="40" w:line="240" w:lineRule="auto"/>
      </w:pPr>
      <w:r>
        <w:rPr>
          <w:b/>
          <w:color w:val="17365D"/>
        </w:rPr>
        <w:t xml:space="preserve">Venue / Location: </w:t>
      </w:r>
      <w:r>
        <w:rPr>
          <w:color w:val="333333"/>
        </w:rPr>
        <w:t>[Enter information]</w:t>
      </w:r>
    </w:p>
    <w:p w14:paraId="7CCFEC6E" w14:textId="77777777" w:rsidR="00B000C3" w:rsidRDefault="00000000">
      <w:pPr>
        <w:spacing w:after="40" w:line="240" w:lineRule="auto"/>
      </w:pPr>
      <w:r>
        <w:rPr>
          <w:b/>
          <w:color w:val="17365D"/>
        </w:rPr>
        <w:t xml:space="preserve">Venue Address: </w:t>
      </w:r>
      <w:r>
        <w:rPr>
          <w:color w:val="333333"/>
        </w:rPr>
        <w:t>[Enter information]</w:t>
      </w:r>
    </w:p>
    <w:p w14:paraId="4FAE2B80" w14:textId="77777777" w:rsidR="00B000C3" w:rsidRDefault="00000000">
      <w:pPr>
        <w:spacing w:after="40" w:line="240" w:lineRule="auto"/>
      </w:pPr>
      <w:r>
        <w:rPr>
          <w:b/>
          <w:color w:val="17365D"/>
        </w:rPr>
        <w:t xml:space="preserve">Event Lead / Producer: </w:t>
      </w:r>
      <w:r>
        <w:rPr>
          <w:color w:val="333333"/>
        </w:rPr>
        <w:t>[Enter information]</w:t>
      </w:r>
    </w:p>
    <w:p w14:paraId="67C7AAEF" w14:textId="77777777" w:rsidR="00B000C3" w:rsidRDefault="00000000">
      <w:pPr>
        <w:spacing w:after="40" w:line="240" w:lineRule="auto"/>
      </w:pPr>
      <w:r>
        <w:rPr>
          <w:b/>
          <w:color w:val="17365D"/>
        </w:rPr>
        <w:t xml:space="preserve">Expected Attendance: </w:t>
      </w:r>
      <w:r>
        <w:rPr>
          <w:color w:val="333333"/>
        </w:rPr>
        <w:t>[Enter information]</w:t>
      </w:r>
    </w:p>
    <w:p w14:paraId="71F58011" w14:textId="77777777" w:rsidR="00B000C3" w:rsidRDefault="00000000">
      <w:pPr>
        <w:spacing w:after="40" w:line="240" w:lineRule="auto"/>
      </w:pPr>
      <w:r>
        <w:rPr>
          <w:b/>
          <w:color w:val="17365D"/>
        </w:rPr>
        <w:t xml:space="preserve">Event Format: </w:t>
      </w:r>
      <w:r>
        <w:rPr>
          <w:color w:val="333333"/>
        </w:rPr>
        <w:t>[Enter information]</w:t>
      </w:r>
    </w:p>
    <w:p w14:paraId="723F05EE" w14:textId="77777777" w:rsidR="00B000C3" w:rsidRDefault="00000000">
      <w:pPr>
        <w:spacing w:after="40" w:line="240" w:lineRule="auto"/>
      </w:pPr>
      <w:r>
        <w:rPr>
          <w:b/>
          <w:color w:val="17365D"/>
        </w:rPr>
        <w:t xml:space="preserve">Version / Last Updated: </w:t>
      </w:r>
      <w:r>
        <w:rPr>
          <w:color w:val="333333"/>
        </w:rPr>
        <w:t>[Enter information]</w:t>
      </w:r>
    </w:p>
    <w:p w14:paraId="043B1C77" w14:textId="77777777" w:rsidR="00E342A6" w:rsidRDefault="00E342A6">
      <w:pPr>
        <w:spacing w:before="120" w:after="100" w:line="240" w:lineRule="auto"/>
        <w:rPr>
          <w:rFonts w:ascii="Georgia" w:hAnsi="Georgia"/>
          <w:b/>
          <w:color w:val="17365D"/>
          <w:sz w:val="30"/>
        </w:rPr>
      </w:pPr>
    </w:p>
    <w:p w14:paraId="76D3821B" w14:textId="37C7BA19" w:rsidR="00B000C3" w:rsidRDefault="00000000">
      <w:pPr>
        <w:spacing w:before="120" w:after="100" w:line="240" w:lineRule="auto"/>
      </w:pPr>
      <w:r>
        <w:rPr>
          <w:rFonts w:ascii="Georgia" w:hAnsi="Georgia"/>
          <w:b/>
          <w:color w:val="17365D"/>
          <w:sz w:val="30"/>
        </w:rPr>
        <w:t>Key Individuals, Staff &amp; Vendor Contacts</w:t>
      </w:r>
    </w:p>
    <w:p w14:paraId="2B332F62" w14:textId="77777777" w:rsidR="00B000C3" w:rsidRDefault="00000000">
      <w:pPr>
        <w:spacing w:after="100" w:line="240" w:lineRule="auto"/>
      </w:pPr>
      <w:r>
        <w:t>Include the people the event team may need to reach during delivery. Add or remove rows and roles to suit the event.</w:t>
      </w:r>
    </w:p>
    <w:p w14:paraId="65AD99E4" w14:textId="77777777" w:rsidR="00B000C3" w:rsidRDefault="00000000">
      <w:pPr>
        <w:spacing w:before="80" w:after="60" w:line="240" w:lineRule="auto"/>
      </w:pPr>
      <w:r>
        <w:rPr>
          <w:b/>
          <w:color w:val="C9A227"/>
          <w:sz w:val="17"/>
        </w:rPr>
        <w:t>EVENT TEAM / STAFF</w:t>
      </w:r>
    </w:p>
    <w:tbl>
      <w:tblPr>
        <w:tblStyle w:val="TableGrid"/>
        <w:tblW w:w="0" w:type="auto"/>
        <w:jc w:val="center"/>
        <w:tblLook w:val="04A0" w:firstRow="1" w:lastRow="0" w:firstColumn="1" w:lastColumn="0" w:noHBand="0" w:noVBand="1"/>
      </w:tblPr>
      <w:tblGrid>
        <w:gridCol w:w="2016"/>
        <w:gridCol w:w="2016"/>
        <w:gridCol w:w="2016"/>
        <w:gridCol w:w="2016"/>
        <w:gridCol w:w="2016"/>
      </w:tblGrid>
      <w:tr w:rsidR="00B000C3" w14:paraId="22D69A08" w14:textId="77777777">
        <w:trPr>
          <w:tblHeader/>
          <w:jc w:val="center"/>
        </w:trPr>
        <w:tc>
          <w:tcPr>
            <w:tcW w:w="2016" w:type="dxa"/>
            <w:shd w:val="clear" w:color="auto" w:fill="17365D"/>
            <w:tcMar>
              <w:top w:w="80" w:type="dxa"/>
              <w:left w:w="100" w:type="dxa"/>
              <w:bottom w:w="80" w:type="dxa"/>
              <w:right w:w="100" w:type="dxa"/>
            </w:tcMar>
          </w:tcPr>
          <w:p w14:paraId="4FF5B11E" w14:textId="77777777" w:rsidR="00B000C3" w:rsidRDefault="00000000">
            <w:r>
              <w:rPr>
                <w:b/>
                <w:color w:val="FFFFFF"/>
                <w:sz w:val="16"/>
              </w:rPr>
              <w:t>Name</w:t>
            </w:r>
          </w:p>
        </w:tc>
        <w:tc>
          <w:tcPr>
            <w:tcW w:w="2016" w:type="dxa"/>
            <w:shd w:val="clear" w:color="auto" w:fill="17365D"/>
            <w:tcMar>
              <w:top w:w="80" w:type="dxa"/>
              <w:left w:w="100" w:type="dxa"/>
              <w:bottom w:w="80" w:type="dxa"/>
              <w:right w:w="100" w:type="dxa"/>
            </w:tcMar>
          </w:tcPr>
          <w:p w14:paraId="1F98BE51" w14:textId="77777777" w:rsidR="00B000C3" w:rsidRDefault="00000000">
            <w:r>
              <w:rPr>
                <w:b/>
                <w:color w:val="FFFFFF"/>
                <w:sz w:val="16"/>
              </w:rPr>
              <w:t>Organization / Company</w:t>
            </w:r>
          </w:p>
        </w:tc>
        <w:tc>
          <w:tcPr>
            <w:tcW w:w="2016" w:type="dxa"/>
            <w:shd w:val="clear" w:color="auto" w:fill="17365D"/>
            <w:tcMar>
              <w:top w:w="80" w:type="dxa"/>
              <w:left w:w="100" w:type="dxa"/>
              <w:bottom w:w="80" w:type="dxa"/>
              <w:right w:w="100" w:type="dxa"/>
            </w:tcMar>
          </w:tcPr>
          <w:p w14:paraId="41C9EAEA" w14:textId="77777777" w:rsidR="00B000C3" w:rsidRDefault="00000000">
            <w:r>
              <w:rPr>
                <w:b/>
                <w:color w:val="FFFFFF"/>
                <w:sz w:val="16"/>
              </w:rPr>
              <w:t>Role / Responsibility</w:t>
            </w:r>
          </w:p>
        </w:tc>
        <w:tc>
          <w:tcPr>
            <w:tcW w:w="2016" w:type="dxa"/>
            <w:shd w:val="clear" w:color="auto" w:fill="17365D"/>
            <w:tcMar>
              <w:top w:w="80" w:type="dxa"/>
              <w:left w:w="100" w:type="dxa"/>
              <w:bottom w:w="80" w:type="dxa"/>
              <w:right w:w="100" w:type="dxa"/>
            </w:tcMar>
          </w:tcPr>
          <w:p w14:paraId="7A45E367" w14:textId="77777777" w:rsidR="00B000C3" w:rsidRDefault="00000000">
            <w:r>
              <w:rPr>
                <w:b/>
                <w:color w:val="FFFFFF"/>
                <w:sz w:val="16"/>
              </w:rPr>
              <w:t>Mobile</w:t>
            </w:r>
          </w:p>
        </w:tc>
        <w:tc>
          <w:tcPr>
            <w:tcW w:w="2016" w:type="dxa"/>
            <w:shd w:val="clear" w:color="auto" w:fill="17365D"/>
            <w:tcMar>
              <w:top w:w="80" w:type="dxa"/>
              <w:left w:w="100" w:type="dxa"/>
              <w:bottom w:w="80" w:type="dxa"/>
              <w:right w:w="100" w:type="dxa"/>
            </w:tcMar>
          </w:tcPr>
          <w:p w14:paraId="6631E2CC" w14:textId="77777777" w:rsidR="00B000C3" w:rsidRDefault="00000000">
            <w:r>
              <w:rPr>
                <w:b/>
                <w:color w:val="FFFFFF"/>
                <w:sz w:val="16"/>
              </w:rPr>
              <w:t>Email</w:t>
            </w:r>
          </w:p>
        </w:tc>
      </w:tr>
      <w:tr w:rsidR="00B000C3" w14:paraId="7493B65E" w14:textId="77777777">
        <w:trPr>
          <w:jc w:val="center"/>
        </w:trPr>
        <w:tc>
          <w:tcPr>
            <w:tcW w:w="2016" w:type="dxa"/>
            <w:tcMar>
              <w:top w:w="80" w:type="dxa"/>
              <w:left w:w="100" w:type="dxa"/>
              <w:bottom w:w="80" w:type="dxa"/>
              <w:right w:w="100" w:type="dxa"/>
            </w:tcMar>
            <w:vAlign w:val="center"/>
          </w:tcPr>
          <w:p w14:paraId="1DDFEA4B" w14:textId="77777777" w:rsidR="00B000C3" w:rsidRDefault="00000000">
            <w:r>
              <w:rPr>
                <w:sz w:val="16"/>
              </w:rPr>
              <w:t>[Name]</w:t>
            </w:r>
          </w:p>
        </w:tc>
        <w:tc>
          <w:tcPr>
            <w:tcW w:w="2016" w:type="dxa"/>
            <w:tcMar>
              <w:top w:w="80" w:type="dxa"/>
              <w:left w:w="100" w:type="dxa"/>
              <w:bottom w:w="80" w:type="dxa"/>
              <w:right w:w="100" w:type="dxa"/>
            </w:tcMar>
            <w:vAlign w:val="center"/>
          </w:tcPr>
          <w:p w14:paraId="322BFA5E" w14:textId="77777777" w:rsidR="00B000C3" w:rsidRDefault="00000000">
            <w:r>
              <w:rPr>
                <w:sz w:val="16"/>
              </w:rPr>
              <w:t>[Organization]</w:t>
            </w:r>
          </w:p>
        </w:tc>
        <w:tc>
          <w:tcPr>
            <w:tcW w:w="2016" w:type="dxa"/>
            <w:tcMar>
              <w:top w:w="80" w:type="dxa"/>
              <w:left w:w="100" w:type="dxa"/>
              <w:bottom w:w="80" w:type="dxa"/>
              <w:right w:w="100" w:type="dxa"/>
            </w:tcMar>
            <w:vAlign w:val="center"/>
          </w:tcPr>
          <w:p w14:paraId="5C30A7B0" w14:textId="77777777" w:rsidR="00B000C3" w:rsidRDefault="00000000">
            <w:r>
              <w:rPr>
                <w:sz w:val="16"/>
              </w:rPr>
              <w:t>Event Lead / Producer</w:t>
            </w:r>
          </w:p>
        </w:tc>
        <w:tc>
          <w:tcPr>
            <w:tcW w:w="2016" w:type="dxa"/>
            <w:tcMar>
              <w:top w:w="80" w:type="dxa"/>
              <w:left w:w="100" w:type="dxa"/>
              <w:bottom w:w="80" w:type="dxa"/>
              <w:right w:w="100" w:type="dxa"/>
            </w:tcMar>
            <w:vAlign w:val="center"/>
          </w:tcPr>
          <w:p w14:paraId="519DE5FA" w14:textId="77777777" w:rsidR="00B000C3" w:rsidRDefault="00000000">
            <w:r>
              <w:rPr>
                <w:sz w:val="16"/>
              </w:rPr>
              <w:t>[Mobile]</w:t>
            </w:r>
          </w:p>
        </w:tc>
        <w:tc>
          <w:tcPr>
            <w:tcW w:w="2016" w:type="dxa"/>
            <w:tcMar>
              <w:top w:w="80" w:type="dxa"/>
              <w:left w:w="100" w:type="dxa"/>
              <w:bottom w:w="80" w:type="dxa"/>
              <w:right w:w="100" w:type="dxa"/>
            </w:tcMar>
            <w:vAlign w:val="center"/>
          </w:tcPr>
          <w:p w14:paraId="318C75E6" w14:textId="77777777" w:rsidR="00B000C3" w:rsidRDefault="00000000">
            <w:r>
              <w:rPr>
                <w:sz w:val="16"/>
              </w:rPr>
              <w:t>[Email]</w:t>
            </w:r>
          </w:p>
        </w:tc>
      </w:tr>
      <w:tr w:rsidR="00B000C3" w14:paraId="235FCA37" w14:textId="77777777">
        <w:trPr>
          <w:jc w:val="center"/>
        </w:trPr>
        <w:tc>
          <w:tcPr>
            <w:tcW w:w="2016" w:type="dxa"/>
            <w:tcMar>
              <w:top w:w="80" w:type="dxa"/>
              <w:left w:w="100" w:type="dxa"/>
              <w:bottom w:w="80" w:type="dxa"/>
              <w:right w:w="100" w:type="dxa"/>
            </w:tcMar>
            <w:vAlign w:val="center"/>
          </w:tcPr>
          <w:p w14:paraId="61C82EBB" w14:textId="77777777" w:rsidR="00B000C3" w:rsidRDefault="00000000">
            <w:r>
              <w:rPr>
                <w:sz w:val="16"/>
              </w:rPr>
              <w:t>[Name]</w:t>
            </w:r>
          </w:p>
        </w:tc>
        <w:tc>
          <w:tcPr>
            <w:tcW w:w="2016" w:type="dxa"/>
            <w:tcMar>
              <w:top w:w="80" w:type="dxa"/>
              <w:left w:w="100" w:type="dxa"/>
              <w:bottom w:w="80" w:type="dxa"/>
              <w:right w:w="100" w:type="dxa"/>
            </w:tcMar>
            <w:vAlign w:val="center"/>
          </w:tcPr>
          <w:p w14:paraId="57B59C11" w14:textId="77777777" w:rsidR="00B000C3" w:rsidRDefault="00000000">
            <w:r>
              <w:rPr>
                <w:sz w:val="16"/>
              </w:rPr>
              <w:t>[Organization]</w:t>
            </w:r>
          </w:p>
        </w:tc>
        <w:tc>
          <w:tcPr>
            <w:tcW w:w="2016" w:type="dxa"/>
            <w:tcMar>
              <w:top w:w="80" w:type="dxa"/>
              <w:left w:w="100" w:type="dxa"/>
              <w:bottom w:w="80" w:type="dxa"/>
              <w:right w:w="100" w:type="dxa"/>
            </w:tcMar>
            <w:vAlign w:val="center"/>
          </w:tcPr>
          <w:p w14:paraId="6D3113BC" w14:textId="77777777" w:rsidR="00B000C3" w:rsidRDefault="00000000">
            <w:r>
              <w:rPr>
                <w:sz w:val="16"/>
              </w:rPr>
              <w:t>Event Manager</w:t>
            </w:r>
          </w:p>
        </w:tc>
        <w:tc>
          <w:tcPr>
            <w:tcW w:w="2016" w:type="dxa"/>
            <w:tcMar>
              <w:top w:w="80" w:type="dxa"/>
              <w:left w:w="100" w:type="dxa"/>
              <w:bottom w:w="80" w:type="dxa"/>
              <w:right w:w="100" w:type="dxa"/>
            </w:tcMar>
            <w:vAlign w:val="center"/>
          </w:tcPr>
          <w:p w14:paraId="0ECF1227" w14:textId="77777777" w:rsidR="00B000C3" w:rsidRDefault="00000000">
            <w:r>
              <w:rPr>
                <w:sz w:val="16"/>
              </w:rPr>
              <w:t>[Mobile]</w:t>
            </w:r>
          </w:p>
        </w:tc>
        <w:tc>
          <w:tcPr>
            <w:tcW w:w="2016" w:type="dxa"/>
            <w:tcMar>
              <w:top w:w="80" w:type="dxa"/>
              <w:left w:w="100" w:type="dxa"/>
              <w:bottom w:w="80" w:type="dxa"/>
              <w:right w:w="100" w:type="dxa"/>
            </w:tcMar>
            <w:vAlign w:val="center"/>
          </w:tcPr>
          <w:p w14:paraId="38F82993" w14:textId="77777777" w:rsidR="00B000C3" w:rsidRDefault="00000000">
            <w:r>
              <w:rPr>
                <w:sz w:val="16"/>
              </w:rPr>
              <w:t>[Email]</w:t>
            </w:r>
          </w:p>
        </w:tc>
      </w:tr>
      <w:tr w:rsidR="00B000C3" w14:paraId="52C18C7C" w14:textId="77777777">
        <w:trPr>
          <w:jc w:val="center"/>
        </w:trPr>
        <w:tc>
          <w:tcPr>
            <w:tcW w:w="2016" w:type="dxa"/>
            <w:tcMar>
              <w:top w:w="80" w:type="dxa"/>
              <w:left w:w="100" w:type="dxa"/>
              <w:bottom w:w="80" w:type="dxa"/>
              <w:right w:w="100" w:type="dxa"/>
            </w:tcMar>
            <w:vAlign w:val="center"/>
          </w:tcPr>
          <w:p w14:paraId="2CDD6358" w14:textId="77777777" w:rsidR="00B000C3" w:rsidRDefault="00000000">
            <w:r>
              <w:rPr>
                <w:sz w:val="16"/>
              </w:rPr>
              <w:t>[Name]</w:t>
            </w:r>
          </w:p>
        </w:tc>
        <w:tc>
          <w:tcPr>
            <w:tcW w:w="2016" w:type="dxa"/>
            <w:tcMar>
              <w:top w:w="80" w:type="dxa"/>
              <w:left w:w="100" w:type="dxa"/>
              <w:bottom w:w="80" w:type="dxa"/>
              <w:right w:w="100" w:type="dxa"/>
            </w:tcMar>
            <w:vAlign w:val="center"/>
          </w:tcPr>
          <w:p w14:paraId="4438E5C2" w14:textId="77777777" w:rsidR="00B000C3" w:rsidRDefault="00000000">
            <w:r>
              <w:rPr>
                <w:sz w:val="16"/>
              </w:rPr>
              <w:t>[Organization]</w:t>
            </w:r>
          </w:p>
        </w:tc>
        <w:tc>
          <w:tcPr>
            <w:tcW w:w="2016" w:type="dxa"/>
            <w:tcMar>
              <w:top w:w="80" w:type="dxa"/>
              <w:left w:w="100" w:type="dxa"/>
              <w:bottom w:w="80" w:type="dxa"/>
              <w:right w:w="100" w:type="dxa"/>
            </w:tcMar>
            <w:vAlign w:val="center"/>
          </w:tcPr>
          <w:p w14:paraId="55D3258F" w14:textId="77777777" w:rsidR="00B000C3" w:rsidRDefault="00000000">
            <w:r>
              <w:rPr>
                <w:sz w:val="16"/>
              </w:rPr>
              <w:t>Event Coordinator</w:t>
            </w:r>
          </w:p>
        </w:tc>
        <w:tc>
          <w:tcPr>
            <w:tcW w:w="2016" w:type="dxa"/>
            <w:tcMar>
              <w:top w:w="80" w:type="dxa"/>
              <w:left w:w="100" w:type="dxa"/>
              <w:bottom w:w="80" w:type="dxa"/>
              <w:right w:w="100" w:type="dxa"/>
            </w:tcMar>
            <w:vAlign w:val="center"/>
          </w:tcPr>
          <w:p w14:paraId="2054AFE0" w14:textId="77777777" w:rsidR="00B000C3" w:rsidRDefault="00000000">
            <w:r>
              <w:rPr>
                <w:sz w:val="16"/>
              </w:rPr>
              <w:t>[Mobile]</w:t>
            </w:r>
          </w:p>
        </w:tc>
        <w:tc>
          <w:tcPr>
            <w:tcW w:w="2016" w:type="dxa"/>
            <w:tcMar>
              <w:top w:w="80" w:type="dxa"/>
              <w:left w:w="100" w:type="dxa"/>
              <w:bottom w:w="80" w:type="dxa"/>
              <w:right w:w="100" w:type="dxa"/>
            </w:tcMar>
            <w:vAlign w:val="center"/>
          </w:tcPr>
          <w:p w14:paraId="6BEBDE71" w14:textId="77777777" w:rsidR="00B000C3" w:rsidRDefault="00000000">
            <w:r>
              <w:rPr>
                <w:sz w:val="16"/>
              </w:rPr>
              <w:t>[Email]</w:t>
            </w:r>
          </w:p>
        </w:tc>
      </w:tr>
      <w:tr w:rsidR="00B000C3" w14:paraId="1F5B893A" w14:textId="77777777">
        <w:trPr>
          <w:jc w:val="center"/>
        </w:trPr>
        <w:tc>
          <w:tcPr>
            <w:tcW w:w="2016" w:type="dxa"/>
            <w:tcMar>
              <w:top w:w="80" w:type="dxa"/>
              <w:left w:w="100" w:type="dxa"/>
              <w:bottom w:w="80" w:type="dxa"/>
              <w:right w:w="100" w:type="dxa"/>
            </w:tcMar>
            <w:vAlign w:val="center"/>
          </w:tcPr>
          <w:p w14:paraId="66375F90" w14:textId="77777777" w:rsidR="00B000C3" w:rsidRDefault="00000000">
            <w:r>
              <w:rPr>
                <w:sz w:val="16"/>
              </w:rPr>
              <w:t>[Name]</w:t>
            </w:r>
          </w:p>
        </w:tc>
        <w:tc>
          <w:tcPr>
            <w:tcW w:w="2016" w:type="dxa"/>
            <w:tcMar>
              <w:top w:w="80" w:type="dxa"/>
              <w:left w:w="100" w:type="dxa"/>
              <w:bottom w:w="80" w:type="dxa"/>
              <w:right w:w="100" w:type="dxa"/>
            </w:tcMar>
            <w:vAlign w:val="center"/>
          </w:tcPr>
          <w:p w14:paraId="755A1471" w14:textId="77777777" w:rsidR="00B000C3" w:rsidRDefault="00000000">
            <w:r>
              <w:rPr>
                <w:sz w:val="16"/>
              </w:rPr>
              <w:t>[Organization]</w:t>
            </w:r>
          </w:p>
        </w:tc>
        <w:tc>
          <w:tcPr>
            <w:tcW w:w="2016" w:type="dxa"/>
            <w:tcMar>
              <w:top w:w="80" w:type="dxa"/>
              <w:left w:w="100" w:type="dxa"/>
              <w:bottom w:w="80" w:type="dxa"/>
              <w:right w:w="100" w:type="dxa"/>
            </w:tcMar>
            <w:vAlign w:val="center"/>
          </w:tcPr>
          <w:p w14:paraId="1BCF19EE" w14:textId="77777777" w:rsidR="00B000C3" w:rsidRDefault="00000000">
            <w:r>
              <w:rPr>
                <w:sz w:val="16"/>
              </w:rPr>
              <w:t>Registration Lead</w:t>
            </w:r>
          </w:p>
        </w:tc>
        <w:tc>
          <w:tcPr>
            <w:tcW w:w="2016" w:type="dxa"/>
            <w:tcMar>
              <w:top w:w="80" w:type="dxa"/>
              <w:left w:w="100" w:type="dxa"/>
              <w:bottom w:w="80" w:type="dxa"/>
              <w:right w:w="100" w:type="dxa"/>
            </w:tcMar>
            <w:vAlign w:val="center"/>
          </w:tcPr>
          <w:p w14:paraId="73228212" w14:textId="77777777" w:rsidR="00B000C3" w:rsidRDefault="00000000">
            <w:r>
              <w:rPr>
                <w:sz w:val="16"/>
              </w:rPr>
              <w:t>[Mobile]</w:t>
            </w:r>
          </w:p>
        </w:tc>
        <w:tc>
          <w:tcPr>
            <w:tcW w:w="2016" w:type="dxa"/>
            <w:tcMar>
              <w:top w:w="80" w:type="dxa"/>
              <w:left w:w="100" w:type="dxa"/>
              <w:bottom w:w="80" w:type="dxa"/>
              <w:right w:w="100" w:type="dxa"/>
            </w:tcMar>
            <w:vAlign w:val="center"/>
          </w:tcPr>
          <w:p w14:paraId="0DE4D8BD" w14:textId="77777777" w:rsidR="00B000C3" w:rsidRDefault="00000000">
            <w:r>
              <w:rPr>
                <w:sz w:val="16"/>
              </w:rPr>
              <w:t>[Email]</w:t>
            </w:r>
          </w:p>
        </w:tc>
      </w:tr>
      <w:tr w:rsidR="00B000C3" w14:paraId="266FC078" w14:textId="77777777">
        <w:trPr>
          <w:jc w:val="center"/>
        </w:trPr>
        <w:tc>
          <w:tcPr>
            <w:tcW w:w="2016" w:type="dxa"/>
            <w:tcMar>
              <w:top w:w="80" w:type="dxa"/>
              <w:left w:w="100" w:type="dxa"/>
              <w:bottom w:w="80" w:type="dxa"/>
              <w:right w:w="100" w:type="dxa"/>
            </w:tcMar>
            <w:vAlign w:val="center"/>
          </w:tcPr>
          <w:p w14:paraId="15AC4340" w14:textId="77777777" w:rsidR="00B000C3" w:rsidRDefault="00000000">
            <w:r>
              <w:rPr>
                <w:sz w:val="16"/>
              </w:rPr>
              <w:t>[Name]</w:t>
            </w:r>
          </w:p>
        </w:tc>
        <w:tc>
          <w:tcPr>
            <w:tcW w:w="2016" w:type="dxa"/>
            <w:tcMar>
              <w:top w:w="80" w:type="dxa"/>
              <w:left w:w="100" w:type="dxa"/>
              <w:bottom w:w="80" w:type="dxa"/>
              <w:right w:w="100" w:type="dxa"/>
            </w:tcMar>
            <w:vAlign w:val="center"/>
          </w:tcPr>
          <w:p w14:paraId="0C9CA52D" w14:textId="77777777" w:rsidR="00B000C3" w:rsidRDefault="00000000">
            <w:r>
              <w:rPr>
                <w:sz w:val="16"/>
              </w:rPr>
              <w:t>[Organization]</w:t>
            </w:r>
          </w:p>
        </w:tc>
        <w:tc>
          <w:tcPr>
            <w:tcW w:w="2016" w:type="dxa"/>
            <w:tcMar>
              <w:top w:w="80" w:type="dxa"/>
              <w:left w:w="100" w:type="dxa"/>
              <w:bottom w:w="80" w:type="dxa"/>
              <w:right w:w="100" w:type="dxa"/>
            </w:tcMar>
            <w:vAlign w:val="center"/>
          </w:tcPr>
          <w:p w14:paraId="7079684A" w14:textId="77777777" w:rsidR="00B000C3" w:rsidRDefault="00000000">
            <w:r>
              <w:rPr>
                <w:sz w:val="16"/>
              </w:rPr>
              <w:t>Program / Speaker Lead</w:t>
            </w:r>
          </w:p>
        </w:tc>
        <w:tc>
          <w:tcPr>
            <w:tcW w:w="2016" w:type="dxa"/>
            <w:tcMar>
              <w:top w:w="80" w:type="dxa"/>
              <w:left w:w="100" w:type="dxa"/>
              <w:bottom w:w="80" w:type="dxa"/>
              <w:right w:w="100" w:type="dxa"/>
            </w:tcMar>
            <w:vAlign w:val="center"/>
          </w:tcPr>
          <w:p w14:paraId="7CA2E0E1" w14:textId="77777777" w:rsidR="00B000C3" w:rsidRDefault="00000000">
            <w:r>
              <w:rPr>
                <w:sz w:val="16"/>
              </w:rPr>
              <w:t>[Mobile]</w:t>
            </w:r>
          </w:p>
        </w:tc>
        <w:tc>
          <w:tcPr>
            <w:tcW w:w="2016" w:type="dxa"/>
            <w:tcMar>
              <w:top w:w="80" w:type="dxa"/>
              <w:left w:w="100" w:type="dxa"/>
              <w:bottom w:w="80" w:type="dxa"/>
              <w:right w:w="100" w:type="dxa"/>
            </w:tcMar>
            <w:vAlign w:val="center"/>
          </w:tcPr>
          <w:p w14:paraId="0F9A1DA3" w14:textId="77777777" w:rsidR="00B000C3" w:rsidRDefault="00000000">
            <w:r>
              <w:rPr>
                <w:sz w:val="16"/>
              </w:rPr>
              <w:t>[Email]</w:t>
            </w:r>
          </w:p>
        </w:tc>
      </w:tr>
      <w:tr w:rsidR="00B000C3" w14:paraId="043399A4" w14:textId="77777777">
        <w:trPr>
          <w:jc w:val="center"/>
        </w:trPr>
        <w:tc>
          <w:tcPr>
            <w:tcW w:w="2016" w:type="dxa"/>
            <w:tcMar>
              <w:top w:w="80" w:type="dxa"/>
              <w:left w:w="100" w:type="dxa"/>
              <w:bottom w:w="80" w:type="dxa"/>
              <w:right w:w="100" w:type="dxa"/>
            </w:tcMar>
            <w:vAlign w:val="center"/>
          </w:tcPr>
          <w:p w14:paraId="283795A9" w14:textId="77777777" w:rsidR="00B000C3" w:rsidRDefault="00000000">
            <w:r>
              <w:rPr>
                <w:sz w:val="16"/>
              </w:rPr>
              <w:t>[Name]</w:t>
            </w:r>
          </w:p>
        </w:tc>
        <w:tc>
          <w:tcPr>
            <w:tcW w:w="2016" w:type="dxa"/>
            <w:tcMar>
              <w:top w:w="80" w:type="dxa"/>
              <w:left w:w="100" w:type="dxa"/>
              <w:bottom w:w="80" w:type="dxa"/>
              <w:right w:w="100" w:type="dxa"/>
            </w:tcMar>
            <w:vAlign w:val="center"/>
          </w:tcPr>
          <w:p w14:paraId="7775349B" w14:textId="77777777" w:rsidR="00B000C3" w:rsidRDefault="00000000">
            <w:r>
              <w:rPr>
                <w:sz w:val="16"/>
              </w:rPr>
              <w:t>[Organization]</w:t>
            </w:r>
          </w:p>
        </w:tc>
        <w:tc>
          <w:tcPr>
            <w:tcW w:w="2016" w:type="dxa"/>
            <w:tcMar>
              <w:top w:w="80" w:type="dxa"/>
              <w:left w:w="100" w:type="dxa"/>
              <w:bottom w:w="80" w:type="dxa"/>
              <w:right w:w="100" w:type="dxa"/>
            </w:tcMar>
            <w:vAlign w:val="center"/>
          </w:tcPr>
          <w:p w14:paraId="667011B2" w14:textId="77777777" w:rsidR="00B000C3" w:rsidRDefault="00000000">
            <w:r>
              <w:rPr>
                <w:sz w:val="16"/>
              </w:rPr>
              <w:t>Sponsorship Lead</w:t>
            </w:r>
          </w:p>
        </w:tc>
        <w:tc>
          <w:tcPr>
            <w:tcW w:w="2016" w:type="dxa"/>
            <w:tcMar>
              <w:top w:w="80" w:type="dxa"/>
              <w:left w:w="100" w:type="dxa"/>
              <w:bottom w:w="80" w:type="dxa"/>
              <w:right w:w="100" w:type="dxa"/>
            </w:tcMar>
            <w:vAlign w:val="center"/>
          </w:tcPr>
          <w:p w14:paraId="7463CF60" w14:textId="77777777" w:rsidR="00B000C3" w:rsidRDefault="00000000">
            <w:r>
              <w:rPr>
                <w:sz w:val="16"/>
              </w:rPr>
              <w:t>[Mobile]</w:t>
            </w:r>
          </w:p>
        </w:tc>
        <w:tc>
          <w:tcPr>
            <w:tcW w:w="2016" w:type="dxa"/>
            <w:tcMar>
              <w:top w:w="80" w:type="dxa"/>
              <w:left w:w="100" w:type="dxa"/>
              <w:bottom w:w="80" w:type="dxa"/>
              <w:right w:w="100" w:type="dxa"/>
            </w:tcMar>
            <w:vAlign w:val="center"/>
          </w:tcPr>
          <w:p w14:paraId="34177D6D" w14:textId="77777777" w:rsidR="00B000C3" w:rsidRDefault="00000000">
            <w:r>
              <w:rPr>
                <w:sz w:val="16"/>
              </w:rPr>
              <w:t>[Email]</w:t>
            </w:r>
          </w:p>
        </w:tc>
      </w:tr>
      <w:tr w:rsidR="00B000C3" w14:paraId="2433EDA8" w14:textId="77777777">
        <w:trPr>
          <w:jc w:val="center"/>
        </w:trPr>
        <w:tc>
          <w:tcPr>
            <w:tcW w:w="2016" w:type="dxa"/>
            <w:tcMar>
              <w:top w:w="80" w:type="dxa"/>
              <w:left w:w="100" w:type="dxa"/>
              <w:bottom w:w="80" w:type="dxa"/>
              <w:right w:w="100" w:type="dxa"/>
            </w:tcMar>
            <w:vAlign w:val="center"/>
          </w:tcPr>
          <w:p w14:paraId="4A99D04A" w14:textId="77777777" w:rsidR="00B000C3" w:rsidRDefault="00000000">
            <w:r>
              <w:rPr>
                <w:sz w:val="16"/>
              </w:rPr>
              <w:t>[Name]</w:t>
            </w:r>
          </w:p>
        </w:tc>
        <w:tc>
          <w:tcPr>
            <w:tcW w:w="2016" w:type="dxa"/>
            <w:tcMar>
              <w:top w:w="80" w:type="dxa"/>
              <w:left w:w="100" w:type="dxa"/>
              <w:bottom w:w="80" w:type="dxa"/>
              <w:right w:w="100" w:type="dxa"/>
            </w:tcMar>
            <w:vAlign w:val="center"/>
          </w:tcPr>
          <w:p w14:paraId="09D88B11" w14:textId="77777777" w:rsidR="00B000C3" w:rsidRDefault="00000000">
            <w:r>
              <w:rPr>
                <w:sz w:val="16"/>
              </w:rPr>
              <w:t>[Organization]</w:t>
            </w:r>
          </w:p>
        </w:tc>
        <w:tc>
          <w:tcPr>
            <w:tcW w:w="2016" w:type="dxa"/>
            <w:tcMar>
              <w:top w:w="80" w:type="dxa"/>
              <w:left w:w="100" w:type="dxa"/>
              <w:bottom w:w="80" w:type="dxa"/>
              <w:right w:w="100" w:type="dxa"/>
            </w:tcMar>
            <w:vAlign w:val="center"/>
          </w:tcPr>
          <w:p w14:paraId="535BB908" w14:textId="77777777" w:rsidR="00B000C3" w:rsidRDefault="00000000">
            <w:r>
              <w:rPr>
                <w:sz w:val="16"/>
              </w:rPr>
              <w:t>Other</w:t>
            </w:r>
          </w:p>
        </w:tc>
        <w:tc>
          <w:tcPr>
            <w:tcW w:w="2016" w:type="dxa"/>
            <w:tcMar>
              <w:top w:w="80" w:type="dxa"/>
              <w:left w:w="100" w:type="dxa"/>
              <w:bottom w:w="80" w:type="dxa"/>
              <w:right w:w="100" w:type="dxa"/>
            </w:tcMar>
            <w:vAlign w:val="center"/>
          </w:tcPr>
          <w:p w14:paraId="00D6480B" w14:textId="77777777" w:rsidR="00B000C3" w:rsidRDefault="00000000">
            <w:r>
              <w:rPr>
                <w:sz w:val="16"/>
              </w:rPr>
              <w:t>[Mobile]</w:t>
            </w:r>
          </w:p>
        </w:tc>
        <w:tc>
          <w:tcPr>
            <w:tcW w:w="2016" w:type="dxa"/>
            <w:tcMar>
              <w:top w:w="80" w:type="dxa"/>
              <w:left w:w="100" w:type="dxa"/>
              <w:bottom w:w="80" w:type="dxa"/>
              <w:right w:w="100" w:type="dxa"/>
            </w:tcMar>
            <w:vAlign w:val="center"/>
          </w:tcPr>
          <w:p w14:paraId="37968332" w14:textId="77777777" w:rsidR="00B000C3" w:rsidRDefault="00000000">
            <w:r>
              <w:rPr>
                <w:sz w:val="16"/>
              </w:rPr>
              <w:t>[Email]</w:t>
            </w:r>
          </w:p>
        </w:tc>
      </w:tr>
    </w:tbl>
    <w:p w14:paraId="773118D3" w14:textId="77777777" w:rsidR="00B000C3" w:rsidRDefault="00B000C3">
      <w:pPr>
        <w:spacing w:after="40"/>
      </w:pPr>
    </w:p>
    <w:p w14:paraId="31924BD7" w14:textId="77777777" w:rsidR="00B000C3" w:rsidRDefault="00000000">
      <w:pPr>
        <w:spacing w:before="80" w:after="60" w:line="240" w:lineRule="auto"/>
      </w:pPr>
      <w:r>
        <w:rPr>
          <w:b/>
          <w:color w:val="C9A227"/>
          <w:sz w:val="17"/>
        </w:rPr>
        <w:t>VENUE / VENDORS / DELIVERY PARTNERS</w:t>
      </w:r>
    </w:p>
    <w:tbl>
      <w:tblPr>
        <w:tblStyle w:val="TableGrid"/>
        <w:tblW w:w="0" w:type="auto"/>
        <w:jc w:val="center"/>
        <w:tblLook w:val="04A0" w:firstRow="1" w:lastRow="0" w:firstColumn="1" w:lastColumn="0" w:noHBand="0" w:noVBand="1"/>
      </w:tblPr>
      <w:tblGrid>
        <w:gridCol w:w="2016"/>
        <w:gridCol w:w="2016"/>
        <w:gridCol w:w="2016"/>
        <w:gridCol w:w="2016"/>
        <w:gridCol w:w="2016"/>
      </w:tblGrid>
      <w:tr w:rsidR="00B000C3" w14:paraId="608C1D00" w14:textId="77777777">
        <w:trPr>
          <w:tblHeader/>
          <w:jc w:val="center"/>
        </w:trPr>
        <w:tc>
          <w:tcPr>
            <w:tcW w:w="2016" w:type="dxa"/>
            <w:shd w:val="clear" w:color="auto" w:fill="17365D"/>
            <w:tcMar>
              <w:top w:w="80" w:type="dxa"/>
              <w:left w:w="100" w:type="dxa"/>
              <w:bottom w:w="80" w:type="dxa"/>
              <w:right w:w="100" w:type="dxa"/>
            </w:tcMar>
          </w:tcPr>
          <w:p w14:paraId="5474543E" w14:textId="77777777" w:rsidR="00B000C3" w:rsidRDefault="00000000">
            <w:r>
              <w:rPr>
                <w:b/>
                <w:color w:val="FFFFFF"/>
                <w:sz w:val="16"/>
              </w:rPr>
              <w:t>Name</w:t>
            </w:r>
          </w:p>
        </w:tc>
        <w:tc>
          <w:tcPr>
            <w:tcW w:w="2016" w:type="dxa"/>
            <w:shd w:val="clear" w:color="auto" w:fill="17365D"/>
            <w:tcMar>
              <w:top w:w="80" w:type="dxa"/>
              <w:left w:w="100" w:type="dxa"/>
              <w:bottom w:w="80" w:type="dxa"/>
              <w:right w:w="100" w:type="dxa"/>
            </w:tcMar>
          </w:tcPr>
          <w:p w14:paraId="0DD09FE6" w14:textId="77777777" w:rsidR="00B000C3" w:rsidRDefault="00000000">
            <w:r>
              <w:rPr>
                <w:b/>
                <w:color w:val="FFFFFF"/>
                <w:sz w:val="16"/>
              </w:rPr>
              <w:t>Organization / Company</w:t>
            </w:r>
          </w:p>
        </w:tc>
        <w:tc>
          <w:tcPr>
            <w:tcW w:w="2016" w:type="dxa"/>
            <w:shd w:val="clear" w:color="auto" w:fill="17365D"/>
            <w:tcMar>
              <w:top w:w="80" w:type="dxa"/>
              <w:left w:w="100" w:type="dxa"/>
              <w:bottom w:w="80" w:type="dxa"/>
              <w:right w:w="100" w:type="dxa"/>
            </w:tcMar>
          </w:tcPr>
          <w:p w14:paraId="1792F813" w14:textId="77777777" w:rsidR="00B000C3" w:rsidRDefault="00000000">
            <w:r>
              <w:rPr>
                <w:b/>
                <w:color w:val="FFFFFF"/>
                <w:sz w:val="16"/>
              </w:rPr>
              <w:t>Role / Responsibility</w:t>
            </w:r>
          </w:p>
        </w:tc>
        <w:tc>
          <w:tcPr>
            <w:tcW w:w="2016" w:type="dxa"/>
            <w:shd w:val="clear" w:color="auto" w:fill="17365D"/>
            <w:tcMar>
              <w:top w:w="80" w:type="dxa"/>
              <w:left w:w="100" w:type="dxa"/>
              <w:bottom w:w="80" w:type="dxa"/>
              <w:right w:w="100" w:type="dxa"/>
            </w:tcMar>
          </w:tcPr>
          <w:p w14:paraId="7C43A93F" w14:textId="77777777" w:rsidR="00B000C3" w:rsidRDefault="00000000">
            <w:r>
              <w:rPr>
                <w:b/>
                <w:color w:val="FFFFFF"/>
                <w:sz w:val="16"/>
              </w:rPr>
              <w:t>Mobile</w:t>
            </w:r>
          </w:p>
        </w:tc>
        <w:tc>
          <w:tcPr>
            <w:tcW w:w="2016" w:type="dxa"/>
            <w:shd w:val="clear" w:color="auto" w:fill="17365D"/>
            <w:tcMar>
              <w:top w:w="80" w:type="dxa"/>
              <w:left w:w="100" w:type="dxa"/>
              <w:bottom w:w="80" w:type="dxa"/>
              <w:right w:w="100" w:type="dxa"/>
            </w:tcMar>
          </w:tcPr>
          <w:p w14:paraId="4AC0C681" w14:textId="77777777" w:rsidR="00B000C3" w:rsidRDefault="00000000">
            <w:r>
              <w:rPr>
                <w:b/>
                <w:color w:val="FFFFFF"/>
                <w:sz w:val="16"/>
              </w:rPr>
              <w:t>Email</w:t>
            </w:r>
          </w:p>
        </w:tc>
      </w:tr>
      <w:tr w:rsidR="00B000C3" w14:paraId="39F766A5" w14:textId="77777777">
        <w:trPr>
          <w:jc w:val="center"/>
        </w:trPr>
        <w:tc>
          <w:tcPr>
            <w:tcW w:w="2016" w:type="dxa"/>
            <w:tcMar>
              <w:top w:w="80" w:type="dxa"/>
              <w:left w:w="100" w:type="dxa"/>
              <w:bottom w:w="80" w:type="dxa"/>
              <w:right w:w="100" w:type="dxa"/>
            </w:tcMar>
            <w:vAlign w:val="center"/>
          </w:tcPr>
          <w:p w14:paraId="7A41768B" w14:textId="77777777" w:rsidR="00B000C3" w:rsidRDefault="00000000">
            <w:r>
              <w:rPr>
                <w:sz w:val="16"/>
              </w:rPr>
              <w:t>[Name]</w:t>
            </w:r>
          </w:p>
        </w:tc>
        <w:tc>
          <w:tcPr>
            <w:tcW w:w="2016" w:type="dxa"/>
            <w:tcMar>
              <w:top w:w="80" w:type="dxa"/>
              <w:left w:w="100" w:type="dxa"/>
              <w:bottom w:w="80" w:type="dxa"/>
              <w:right w:w="100" w:type="dxa"/>
            </w:tcMar>
            <w:vAlign w:val="center"/>
          </w:tcPr>
          <w:p w14:paraId="3C6DA1C4" w14:textId="77777777" w:rsidR="00B000C3" w:rsidRDefault="00000000">
            <w:r>
              <w:rPr>
                <w:sz w:val="16"/>
              </w:rPr>
              <w:t>[Organization]</w:t>
            </w:r>
          </w:p>
        </w:tc>
        <w:tc>
          <w:tcPr>
            <w:tcW w:w="2016" w:type="dxa"/>
            <w:tcMar>
              <w:top w:w="80" w:type="dxa"/>
              <w:left w:w="100" w:type="dxa"/>
              <w:bottom w:w="80" w:type="dxa"/>
              <w:right w:w="100" w:type="dxa"/>
            </w:tcMar>
            <w:vAlign w:val="center"/>
          </w:tcPr>
          <w:p w14:paraId="54E3AC00" w14:textId="77777777" w:rsidR="00B000C3" w:rsidRDefault="00000000">
            <w:r>
              <w:rPr>
                <w:sz w:val="16"/>
              </w:rPr>
              <w:t>Venue / Convention Services</w:t>
            </w:r>
          </w:p>
        </w:tc>
        <w:tc>
          <w:tcPr>
            <w:tcW w:w="2016" w:type="dxa"/>
            <w:tcMar>
              <w:top w:w="80" w:type="dxa"/>
              <w:left w:w="100" w:type="dxa"/>
              <w:bottom w:w="80" w:type="dxa"/>
              <w:right w:w="100" w:type="dxa"/>
            </w:tcMar>
            <w:vAlign w:val="center"/>
          </w:tcPr>
          <w:p w14:paraId="3D4A6700" w14:textId="77777777" w:rsidR="00B000C3" w:rsidRDefault="00000000">
            <w:r>
              <w:rPr>
                <w:sz w:val="16"/>
              </w:rPr>
              <w:t>[Mobile]</w:t>
            </w:r>
          </w:p>
        </w:tc>
        <w:tc>
          <w:tcPr>
            <w:tcW w:w="2016" w:type="dxa"/>
            <w:tcMar>
              <w:top w:w="80" w:type="dxa"/>
              <w:left w:w="100" w:type="dxa"/>
              <w:bottom w:w="80" w:type="dxa"/>
              <w:right w:w="100" w:type="dxa"/>
            </w:tcMar>
            <w:vAlign w:val="center"/>
          </w:tcPr>
          <w:p w14:paraId="6A5E2D29" w14:textId="77777777" w:rsidR="00B000C3" w:rsidRDefault="00000000">
            <w:r>
              <w:rPr>
                <w:sz w:val="16"/>
              </w:rPr>
              <w:t>[Email]</w:t>
            </w:r>
          </w:p>
        </w:tc>
      </w:tr>
      <w:tr w:rsidR="00B000C3" w14:paraId="5E10B857" w14:textId="77777777">
        <w:trPr>
          <w:jc w:val="center"/>
        </w:trPr>
        <w:tc>
          <w:tcPr>
            <w:tcW w:w="2016" w:type="dxa"/>
            <w:tcMar>
              <w:top w:w="80" w:type="dxa"/>
              <w:left w:w="100" w:type="dxa"/>
              <w:bottom w:w="80" w:type="dxa"/>
              <w:right w:w="100" w:type="dxa"/>
            </w:tcMar>
            <w:vAlign w:val="center"/>
          </w:tcPr>
          <w:p w14:paraId="63299F3B" w14:textId="77777777" w:rsidR="00B000C3" w:rsidRDefault="00000000">
            <w:r>
              <w:rPr>
                <w:sz w:val="16"/>
              </w:rPr>
              <w:t>[Name]</w:t>
            </w:r>
          </w:p>
        </w:tc>
        <w:tc>
          <w:tcPr>
            <w:tcW w:w="2016" w:type="dxa"/>
            <w:tcMar>
              <w:top w:w="80" w:type="dxa"/>
              <w:left w:w="100" w:type="dxa"/>
              <w:bottom w:w="80" w:type="dxa"/>
              <w:right w:w="100" w:type="dxa"/>
            </w:tcMar>
            <w:vAlign w:val="center"/>
          </w:tcPr>
          <w:p w14:paraId="4ECE8BB9" w14:textId="77777777" w:rsidR="00B000C3" w:rsidRDefault="00000000">
            <w:r>
              <w:rPr>
                <w:sz w:val="16"/>
              </w:rPr>
              <w:t>[Organization]</w:t>
            </w:r>
          </w:p>
        </w:tc>
        <w:tc>
          <w:tcPr>
            <w:tcW w:w="2016" w:type="dxa"/>
            <w:tcMar>
              <w:top w:w="80" w:type="dxa"/>
              <w:left w:w="100" w:type="dxa"/>
              <w:bottom w:w="80" w:type="dxa"/>
              <w:right w:w="100" w:type="dxa"/>
            </w:tcMar>
            <w:vAlign w:val="center"/>
          </w:tcPr>
          <w:p w14:paraId="64D32A9F" w14:textId="77777777" w:rsidR="00B000C3" w:rsidRDefault="00000000">
            <w:r>
              <w:rPr>
                <w:sz w:val="16"/>
              </w:rPr>
              <w:t>AV / Production Lead</w:t>
            </w:r>
          </w:p>
        </w:tc>
        <w:tc>
          <w:tcPr>
            <w:tcW w:w="2016" w:type="dxa"/>
            <w:tcMar>
              <w:top w:w="80" w:type="dxa"/>
              <w:left w:w="100" w:type="dxa"/>
              <w:bottom w:w="80" w:type="dxa"/>
              <w:right w:w="100" w:type="dxa"/>
            </w:tcMar>
            <w:vAlign w:val="center"/>
          </w:tcPr>
          <w:p w14:paraId="1416FD9E" w14:textId="77777777" w:rsidR="00B000C3" w:rsidRDefault="00000000">
            <w:r>
              <w:rPr>
                <w:sz w:val="16"/>
              </w:rPr>
              <w:t>[Mobile]</w:t>
            </w:r>
          </w:p>
        </w:tc>
        <w:tc>
          <w:tcPr>
            <w:tcW w:w="2016" w:type="dxa"/>
            <w:tcMar>
              <w:top w:w="80" w:type="dxa"/>
              <w:left w:w="100" w:type="dxa"/>
              <w:bottom w:w="80" w:type="dxa"/>
              <w:right w:w="100" w:type="dxa"/>
            </w:tcMar>
            <w:vAlign w:val="center"/>
          </w:tcPr>
          <w:p w14:paraId="510C406F" w14:textId="77777777" w:rsidR="00B000C3" w:rsidRDefault="00000000">
            <w:r>
              <w:rPr>
                <w:sz w:val="16"/>
              </w:rPr>
              <w:t>[Email]</w:t>
            </w:r>
          </w:p>
        </w:tc>
      </w:tr>
      <w:tr w:rsidR="00B000C3" w14:paraId="29074079" w14:textId="77777777">
        <w:trPr>
          <w:jc w:val="center"/>
        </w:trPr>
        <w:tc>
          <w:tcPr>
            <w:tcW w:w="2016" w:type="dxa"/>
            <w:tcMar>
              <w:top w:w="80" w:type="dxa"/>
              <w:left w:w="100" w:type="dxa"/>
              <w:bottom w:w="80" w:type="dxa"/>
              <w:right w:w="100" w:type="dxa"/>
            </w:tcMar>
            <w:vAlign w:val="center"/>
          </w:tcPr>
          <w:p w14:paraId="427CCF87" w14:textId="77777777" w:rsidR="00B000C3" w:rsidRDefault="00000000">
            <w:r>
              <w:rPr>
                <w:sz w:val="16"/>
              </w:rPr>
              <w:t>[Name]</w:t>
            </w:r>
          </w:p>
        </w:tc>
        <w:tc>
          <w:tcPr>
            <w:tcW w:w="2016" w:type="dxa"/>
            <w:tcMar>
              <w:top w:w="80" w:type="dxa"/>
              <w:left w:w="100" w:type="dxa"/>
              <w:bottom w:w="80" w:type="dxa"/>
              <w:right w:w="100" w:type="dxa"/>
            </w:tcMar>
            <w:vAlign w:val="center"/>
          </w:tcPr>
          <w:p w14:paraId="4932336D" w14:textId="77777777" w:rsidR="00B000C3" w:rsidRDefault="00000000">
            <w:r>
              <w:rPr>
                <w:sz w:val="16"/>
              </w:rPr>
              <w:t>[Organization]</w:t>
            </w:r>
          </w:p>
        </w:tc>
        <w:tc>
          <w:tcPr>
            <w:tcW w:w="2016" w:type="dxa"/>
            <w:tcMar>
              <w:top w:w="80" w:type="dxa"/>
              <w:left w:w="100" w:type="dxa"/>
              <w:bottom w:w="80" w:type="dxa"/>
              <w:right w:w="100" w:type="dxa"/>
            </w:tcMar>
            <w:vAlign w:val="center"/>
          </w:tcPr>
          <w:p w14:paraId="25EBBE15" w14:textId="77777777" w:rsidR="00B000C3" w:rsidRDefault="00000000">
            <w:r>
              <w:rPr>
                <w:sz w:val="16"/>
              </w:rPr>
              <w:t>F&amp;B / Banquet Contact</w:t>
            </w:r>
          </w:p>
        </w:tc>
        <w:tc>
          <w:tcPr>
            <w:tcW w:w="2016" w:type="dxa"/>
            <w:tcMar>
              <w:top w:w="80" w:type="dxa"/>
              <w:left w:w="100" w:type="dxa"/>
              <w:bottom w:w="80" w:type="dxa"/>
              <w:right w:w="100" w:type="dxa"/>
            </w:tcMar>
            <w:vAlign w:val="center"/>
          </w:tcPr>
          <w:p w14:paraId="5FE7EB2B" w14:textId="77777777" w:rsidR="00B000C3" w:rsidRDefault="00000000">
            <w:r>
              <w:rPr>
                <w:sz w:val="16"/>
              </w:rPr>
              <w:t>[Mobile]</w:t>
            </w:r>
          </w:p>
        </w:tc>
        <w:tc>
          <w:tcPr>
            <w:tcW w:w="2016" w:type="dxa"/>
            <w:tcMar>
              <w:top w:w="80" w:type="dxa"/>
              <w:left w:w="100" w:type="dxa"/>
              <w:bottom w:w="80" w:type="dxa"/>
              <w:right w:w="100" w:type="dxa"/>
            </w:tcMar>
            <w:vAlign w:val="center"/>
          </w:tcPr>
          <w:p w14:paraId="5F35ABA8" w14:textId="77777777" w:rsidR="00B000C3" w:rsidRDefault="00000000">
            <w:r>
              <w:rPr>
                <w:sz w:val="16"/>
              </w:rPr>
              <w:t>[Email]</w:t>
            </w:r>
          </w:p>
        </w:tc>
      </w:tr>
      <w:tr w:rsidR="00B000C3" w14:paraId="0AF2219A" w14:textId="77777777">
        <w:trPr>
          <w:jc w:val="center"/>
        </w:trPr>
        <w:tc>
          <w:tcPr>
            <w:tcW w:w="2016" w:type="dxa"/>
            <w:tcMar>
              <w:top w:w="80" w:type="dxa"/>
              <w:left w:w="100" w:type="dxa"/>
              <w:bottom w:w="80" w:type="dxa"/>
              <w:right w:w="100" w:type="dxa"/>
            </w:tcMar>
            <w:vAlign w:val="center"/>
          </w:tcPr>
          <w:p w14:paraId="16411FC7" w14:textId="77777777" w:rsidR="00B000C3" w:rsidRDefault="00000000">
            <w:r>
              <w:rPr>
                <w:sz w:val="16"/>
              </w:rPr>
              <w:t>[Name]</w:t>
            </w:r>
          </w:p>
        </w:tc>
        <w:tc>
          <w:tcPr>
            <w:tcW w:w="2016" w:type="dxa"/>
            <w:tcMar>
              <w:top w:w="80" w:type="dxa"/>
              <w:left w:w="100" w:type="dxa"/>
              <w:bottom w:w="80" w:type="dxa"/>
              <w:right w:w="100" w:type="dxa"/>
            </w:tcMar>
            <w:vAlign w:val="center"/>
          </w:tcPr>
          <w:p w14:paraId="5B6CC326" w14:textId="77777777" w:rsidR="00B000C3" w:rsidRDefault="00000000">
            <w:r>
              <w:rPr>
                <w:sz w:val="16"/>
              </w:rPr>
              <w:t>[Organization]</w:t>
            </w:r>
          </w:p>
        </w:tc>
        <w:tc>
          <w:tcPr>
            <w:tcW w:w="2016" w:type="dxa"/>
            <w:tcMar>
              <w:top w:w="80" w:type="dxa"/>
              <w:left w:w="100" w:type="dxa"/>
              <w:bottom w:w="80" w:type="dxa"/>
              <w:right w:w="100" w:type="dxa"/>
            </w:tcMar>
            <w:vAlign w:val="center"/>
          </w:tcPr>
          <w:p w14:paraId="768768EF" w14:textId="77777777" w:rsidR="00B000C3" w:rsidRDefault="00000000">
            <w:r>
              <w:rPr>
                <w:sz w:val="16"/>
              </w:rPr>
              <w:t>Décor / Rentals</w:t>
            </w:r>
          </w:p>
        </w:tc>
        <w:tc>
          <w:tcPr>
            <w:tcW w:w="2016" w:type="dxa"/>
            <w:tcMar>
              <w:top w:w="80" w:type="dxa"/>
              <w:left w:w="100" w:type="dxa"/>
              <w:bottom w:w="80" w:type="dxa"/>
              <w:right w:w="100" w:type="dxa"/>
            </w:tcMar>
            <w:vAlign w:val="center"/>
          </w:tcPr>
          <w:p w14:paraId="43D19AC0" w14:textId="77777777" w:rsidR="00B000C3" w:rsidRDefault="00000000">
            <w:r>
              <w:rPr>
                <w:sz w:val="16"/>
              </w:rPr>
              <w:t>[Mobile]</w:t>
            </w:r>
          </w:p>
        </w:tc>
        <w:tc>
          <w:tcPr>
            <w:tcW w:w="2016" w:type="dxa"/>
            <w:tcMar>
              <w:top w:w="80" w:type="dxa"/>
              <w:left w:w="100" w:type="dxa"/>
              <w:bottom w:w="80" w:type="dxa"/>
              <w:right w:w="100" w:type="dxa"/>
            </w:tcMar>
            <w:vAlign w:val="center"/>
          </w:tcPr>
          <w:p w14:paraId="5B2A9064" w14:textId="77777777" w:rsidR="00B000C3" w:rsidRDefault="00000000">
            <w:r>
              <w:rPr>
                <w:sz w:val="16"/>
              </w:rPr>
              <w:t>[Email]</w:t>
            </w:r>
          </w:p>
        </w:tc>
      </w:tr>
      <w:tr w:rsidR="00B000C3" w14:paraId="40E6A8C4" w14:textId="77777777">
        <w:trPr>
          <w:jc w:val="center"/>
        </w:trPr>
        <w:tc>
          <w:tcPr>
            <w:tcW w:w="2016" w:type="dxa"/>
            <w:tcMar>
              <w:top w:w="80" w:type="dxa"/>
              <w:left w:w="100" w:type="dxa"/>
              <w:bottom w:w="80" w:type="dxa"/>
              <w:right w:w="100" w:type="dxa"/>
            </w:tcMar>
            <w:vAlign w:val="center"/>
          </w:tcPr>
          <w:p w14:paraId="05FFB930" w14:textId="77777777" w:rsidR="00B000C3" w:rsidRDefault="00000000">
            <w:r>
              <w:rPr>
                <w:sz w:val="16"/>
              </w:rPr>
              <w:t>[Name]</w:t>
            </w:r>
          </w:p>
        </w:tc>
        <w:tc>
          <w:tcPr>
            <w:tcW w:w="2016" w:type="dxa"/>
            <w:tcMar>
              <w:top w:w="80" w:type="dxa"/>
              <w:left w:w="100" w:type="dxa"/>
              <w:bottom w:w="80" w:type="dxa"/>
              <w:right w:w="100" w:type="dxa"/>
            </w:tcMar>
            <w:vAlign w:val="center"/>
          </w:tcPr>
          <w:p w14:paraId="3E70084E" w14:textId="77777777" w:rsidR="00B000C3" w:rsidRDefault="00000000">
            <w:r>
              <w:rPr>
                <w:sz w:val="16"/>
              </w:rPr>
              <w:t>[Organization]</w:t>
            </w:r>
          </w:p>
        </w:tc>
        <w:tc>
          <w:tcPr>
            <w:tcW w:w="2016" w:type="dxa"/>
            <w:tcMar>
              <w:top w:w="80" w:type="dxa"/>
              <w:left w:w="100" w:type="dxa"/>
              <w:bottom w:w="80" w:type="dxa"/>
              <w:right w:w="100" w:type="dxa"/>
            </w:tcMar>
            <w:vAlign w:val="center"/>
          </w:tcPr>
          <w:p w14:paraId="6AFB7612" w14:textId="77777777" w:rsidR="00B000C3" w:rsidRDefault="00000000">
            <w:r>
              <w:rPr>
                <w:sz w:val="16"/>
              </w:rPr>
              <w:t>Photography / Videography</w:t>
            </w:r>
          </w:p>
        </w:tc>
        <w:tc>
          <w:tcPr>
            <w:tcW w:w="2016" w:type="dxa"/>
            <w:tcMar>
              <w:top w:w="80" w:type="dxa"/>
              <w:left w:w="100" w:type="dxa"/>
              <w:bottom w:w="80" w:type="dxa"/>
              <w:right w:w="100" w:type="dxa"/>
            </w:tcMar>
            <w:vAlign w:val="center"/>
          </w:tcPr>
          <w:p w14:paraId="4BED734B" w14:textId="77777777" w:rsidR="00B000C3" w:rsidRDefault="00000000">
            <w:r>
              <w:rPr>
                <w:sz w:val="16"/>
              </w:rPr>
              <w:t>[Mobile]</w:t>
            </w:r>
          </w:p>
        </w:tc>
        <w:tc>
          <w:tcPr>
            <w:tcW w:w="2016" w:type="dxa"/>
            <w:tcMar>
              <w:top w:w="80" w:type="dxa"/>
              <w:left w:w="100" w:type="dxa"/>
              <w:bottom w:w="80" w:type="dxa"/>
              <w:right w:w="100" w:type="dxa"/>
            </w:tcMar>
            <w:vAlign w:val="center"/>
          </w:tcPr>
          <w:p w14:paraId="6F6CEDAB" w14:textId="77777777" w:rsidR="00B000C3" w:rsidRDefault="00000000">
            <w:r>
              <w:rPr>
                <w:sz w:val="16"/>
              </w:rPr>
              <w:t>[Email]</w:t>
            </w:r>
          </w:p>
        </w:tc>
      </w:tr>
      <w:tr w:rsidR="00B000C3" w14:paraId="3B88EC70" w14:textId="77777777">
        <w:trPr>
          <w:jc w:val="center"/>
        </w:trPr>
        <w:tc>
          <w:tcPr>
            <w:tcW w:w="2016" w:type="dxa"/>
            <w:tcMar>
              <w:top w:w="80" w:type="dxa"/>
              <w:left w:w="100" w:type="dxa"/>
              <w:bottom w:w="80" w:type="dxa"/>
              <w:right w:w="100" w:type="dxa"/>
            </w:tcMar>
            <w:vAlign w:val="center"/>
          </w:tcPr>
          <w:p w14:paraId="6BE5338D" w14:textId="77777777" w:rsidR="00B000C3" w:rsidRDefault="00000000">
            <w:r>
              <w:rPr>
                <w:sz w:val="16"/>
              </w:rPr>
              <w:t>[Name]</w:t>
            </w:r>
          </w:p>
        </w:tc>
        <w:tc>
          <w:tcPr>
            <w:tcW w:w="2016" w:type="dxa"/>
            <w:tcMar>
              <w:top w:w="80" w:type="dxa"/>
              <w:left w:w="100" w:type="dxa"/>
              <w:bottom w:w="80" w:type="dxa"/>
              <w:right w:w="100" w:type="dxa"/>
            </w:tcMar>
            <w:vAlign w:val="center"/>
          </w:tcPr>
          <w:p w14:paraId="52F7ABF2" w14:textId="77777777" w:rsidR="00B000C3" w:rsidRDefault="00000000">
            <w:r>
              <w:rPr>
                <w:sz w:val="16"/>
              </w:rPr>
              <w:t>[Organization]</w:t>
            </w:r>
          </w:p>
        </w:tc>
        <w:tc>
          <w:tcPr>
            <w:tcW w:w="2016" w:type="dxa"/>
            <w:tcMar>
              <w:top w:w="80" w:type="dxa"/>
              <w:left w:w="100" w:type="dxa"/>
              <w:bottom w:w="80" w:type="dxa"/>
              <w:right w:w="100" w:type="dxa"/>
            </w:tcMar>
            <w:vAlign w:val="center"/>
          </w:tcPr>
          <w:p w14:paraId="028C4958" w14:textId="77777777" w:rsidR="00B000C3" w:rsidRDefault="00000000">
            <w:r>
              <w:rPr>
                <w:sz w:val="16"/>
              </w:rPr>
              <w:t>Registration Platform / Support</w:t>
            </w:r>
          </w:p>
        </w:tc>
        <w:tc>
          <w:tcPr>
            <w:tcW w:w="2016" w:type="dxa"/>
            <w:tcMar>
              <w:top w:w="80" w:type="dxa"/>
              <w:left w:w="100" w:type="dxa"/>
              <w:bottom w:w="80" w:type="dxa"/>
              <w:right w:w="100" w:type="dxa"/>
            </w:tcMar>
            <w:vAlign w:val="center"/>
          </w:tcPr>
          <w:p w14:paraId="5AE6740F" w14:textId="77777777" w:rsidR="00B000C3" w:rsidRDefault="00000000">
            <w:r>
              <w:rPr>
                <w:sz w:val="16"/>
              </w:rPr>
              <w:t>[Mobile]</w:t>
            </w:r>
          </w:p>
        </w:tc>
        <w:tc>
          <w:tcPr>
            <w:tcW w:w="2016" w:type="dxa"/>
            <w:tcMar>
              <w:top w:w="80" w:type="dxa"/>
              <w:left w:w="100" w:type="dxa"/>
              <w:bottom w:w="80" w:type="dxa"/>
              <w:right w:w="100" w:type="dxa"/>
            </w:tcMar>
            <w:vAlign w:val="center"/>
          </w:tcPr>
          <w:p w14:paraId="55FF3B0B" w14:textId="77777777" w:rsidR="00B000C3" w:rsidRDefault="00000000">
            <w:r>
              <w:rPr>
                <w:sz w:val="16"/>
              </w:rPr>
              <w:t>[Email]</w:t>
            </w:r>
          </w:p>
        </w:tc>
      </w:tr>
      <w:tr w:rsidR="00B000C3" w14:paraId="78D91612" w14:textId="77777777">
        <w:trPr>
          <w:jc w:val="center"/>
        </w:trPr>
        <w:tc>
          <w:tcPr>
            <w:tcW w:w="2016" w:type="dxa"/>
            <w:tcMar>
              <w:top w:w="80" w:type="dxa"/>
              <w:left w:w="100" w:type="dxa"/>
              <w:bottom w:w="80" w:type="dxa"/>
              <w:right w:w="100" w:type="dxa"/>
            </w:tcMar>
            <w:vAlign w:val="center"/>
          </w:tcPr>
          <w:p w14:paraId="0EE35D8E" w14:textId="77777777" w:rsidR="00B000C3" w:rsidRDefault="00000000">
            <w:r>
              <w:rPr>
                <w:sz w:val="16"/>
              </w:rPr>
              <w:t>[Name]</w:t>
            </w:r>
          </w:p>
        </w:tc>
        <w:tc>
          <w:tcPr>
            <w:tcW w:w="2016" w:type="dxa"/>
            <w:tcMar>
              <w:top w:w="80" w:type="dxa"/>
              <w:left w:w="100" w:type="dxa"/>
              <w:bottom w:w="80" w:type="dxa"/>
              <w:right w:w="100" w:type="dxa"/>
            </w:tcMar>
            <w:vAlign w:val="center"/>
          </w:tcPr>
          <w:p w14:paraId="4388D465" w14:textId="77777777" w:rsidR="00B000C3" w:rsidRDefault="00000000">
            <w:r>
              <w:rPr>
                <w:sz w:val="16"/>
              </w:rPr>
              <w:t>[Organization]</w:t>
            </w:r>
          </w:p>
        </w:tc>
        <w:tc>
          <w:tcPr>
            <w:tcW w:w="2016" w:type="dxa"/>
            <w:tcMar>
              <w:top w:w="80" w:type="dxa"/>
              <w:left w:w="100" w:type="dxa"/>
              <w:bottom w:w="80" w:type="dxa"/>
              <w:right w:w="100" w:type="dxa"/>
            </w:tcMar>
            <w:vAlign w:val="center"/>
          </w:tcPr>
          <w:p w14:paraId="73490F4A" w14:textId="77777777" w:rsidR="00B000C3" w:rsidRDefault="00000000">
            <w:r>
              <w:rPr>
                <w:sz w:val="16"/>
              </w:rPr>
              <w:t>Other</w:t>
            </w:r>
          </w:p>
        </w:tc>
        <w:tc>
          <w:tcPr>
            <w:tcW w:w="2016" w:type="dxa"/>
            <w:tcMar>
              <w:top w:w="80" w:type="dxa"/>
              <w:left w:w="100" w:type="dxa"/>
              <w:bottom w:w="80" w:type="dxa"/>
              <w:right w:w="100" w:type="dxa"/>
            </w:tcMar>
            <w:vAlign w:val="center"/>
          </w:tcPr>
          <w:p w14:paraId="54DC799A" w14:textId="77777777" w:rsidR="00B000C3" w:rsidRDefault="00000000">
            <w:r>
              <w:rPr>
                <w:sz w:val="16"/>
              </w:rPr>
              <w:t>[Mobile]</w:t>
            </w:r>
          </w:p>
        </w:tc>
        <w:tc>
          <w:tcPr>
            <w:tcW w:w="2016" w:type="dxa"/>
            <w:tcMar>
              <w:top w:w="80" w:type="dxa"/>
              <w:left w:w="100" w:type="dxa"/>
              <w:bottom w:w="80" w:type="dxa"/>
              <w:right w:w="100" w:type="dxa"/>
            </w:tcMar>
            <w:vAlign w:val="center"/>
          </w:tcPr>
          <w:p w14:paraId="2931DC31" w14:textId="77777777" w:rsidR="00B000C3" w:rsidRDefault="00000000">
            <w:r>
              <w:rPr>
                <w:sz w:val="16"/>
              </w:rPr>
              <w:t>[Email]</w:t>
            </w:r>
          </w:p>
        </w:tc>
      </w:tr>
    </w:tbl>
    <w:p w14:paraId="3B309B50" w14:textId="77777777" w:rsidR="00B000C3" w:rsidRDefault="00B000C3">
      <w:pPr>
        <w:spacing w:after="40"/>
      </w:pPr>
    </w:p>
    <w:p w14:paraId="52C31FC2" w14:textId="77777777" w:rsidR="00B000C3" w:rsidRDefault="00000000">
      <w:r>
        <w:br w:type="page"/>
      </w:r>
    </w:p>
    <w:p w14:paraId="22A62B32" w14:textId="47142CAE" w:rsidR="00B000C3" w:rsidRDefault="00000000">
      <w:pPr>
        <w:spacing w:before="120" w:after="100" w:line="240" w:lineRule="auto"/>
      </w:pPr>
      <w:r>
        <w:rPr>
          <w:rFonts w:ascii="Georgia" w:hAnsi="Georgia"/>
          <w:b/>
          <w:color w:val="17365D"/>
          <w:sz w:val="30"/>
        </w:rPr>
        <w:lastRenderedPageBreak/>
        <w:t>Day 1 — [Date]</w:t>
      </w:r>
    </w:p>
    <w:p w14:paraId="210BE37C" w14:textId="77777777" w:rsidR="00E342A6" w:rsidRDefault="00E342A6">
      <w:pPr>
        <w:spacing w:before="80" w:after="60" w:line="240" w:lineRule="auto"/>
        <w:rPr>
          <w:b/>
          <w:color w:val="C9A227"/>
          <w:sz w:val="17"/>
        </w:rPr>
      </w:pPr>
    </w:p>
    <w:p w14:paraId="5BD3EF36" w14:textId="46AAC9C8" w:rsidR="00B000C3" w:rsidRDefault="00000000">
      <w:pPr>
        <w:spacing w:before="80" w:after="60" w:line="240" w:lineRule="auto"/>
      </w:pPr>
      <w:r>
        <w:rPr>
          <w:b/>
          <w:color w:val="C9A227"/>
          <w:sz w:val="17"/>
        </w:rPr>
        <w:t>PROGRAM AT A GLANCE</w:t>
      </w:r>
    </w:p>
    <w:p w14:paraId="6C8CC07C" w14:textId="77777777" w:rsidR="00B000C3" w:rsidRDefault="00000000">
      <w:pPr>
        <w:spacing w:after="80" w:line="240" w:lineRule="auto"/>
      </w:pPr>
      <w:r>
        <w:rPr>
          <w:i/>
          <w:color w:val="666666"/>
          <w:sz w:val="18"/>
        </w:rPr>
        <w:t>Quick orientation for the day. Keep this concise; the detailed delivery instructions follow.</w:t>
      </w:r>
    </w:p>
    <w:tbl>
      <w:tblPr>
        <w:tblStyle w:val="TableGrid"/>
        <w:tblW w:w="0" w:type="auto"/>
        <w:jc w:val="center"/>
        <w:tblLook w:val="04A0" w:firstRow="1" w:lastRow="0" w:firstColumn="1" w:lastColumn="0" w:noHBand="0" w:noVBand="1"/>
      </w:tblPr>
      <w:tblGrid>
        <w:gridCol w:w="2520"/>
        <w:gridCol w:w="2520"/>
        <w:gridCol w:w="2520"/>
        <w:gridCol w:w="2520"/>
      </w:tblGrid>
      <w:tr w:rsidR="00B000C3" w14:paraId="6CE0A15F" w14:textId="77777777">
        <w:trPr>
          <w:tblHeader/>
          <w:jc w:val="center"/>
        </w:trPr>
        <w:tc>
          <w:tcPr>
            <w:tcW w:w="2520" w:type="dxa"/>
            <w:shd w:val="clear" w:color="auto" w:fill="17365D"/>
            <w:tcMar>
              <w:top w:w="80" w:type="dxa"/>
              <w:left w:w="100" w:type="dxa"/>
              <w:bottom w:w="80" w:type="dxa"/>
              <w:right w:w="100" w:type="dxa"/>
            </w:tcMar>
          </w:tcPr>
          <w:p w14:paraId="6EC13507" w14:textId="77777777" w:rsidR="00B000C3" w:rsidRDefault="00000000">
            <w:r>
              <w:rPr>
                <w:b/>
                <w:color w:val="FFFFFF"/>
                <w:sz w:val="16"/>
              </w:rPr>
              <w:t>Time</w:t>
            </w:r>
          </w:p>
        </w:tc>
        <w:tc>
          <w:tcPr>
            <w:tcW w:w="2520" w:type="dxa"/>
            <w:shd w:val="clear" w:color="auto" w:fill="17365D"/>
            <w:tcMar>
              <w:top w:w="80" w:type="dxa"/>
              <w:left w:w="100" w:type="dxa"/>
              <w:bottom w:w="80" w:type="dxa"/>
              <w:right w:w="100" w:type="dxa"/>
            </w:tcMar>
          </w:tcPr>
          <w:p w14:paraId="051C419C" w14:textId="77777777" w:rsidR="00B000C3" w:rsidRDefault="00000000">
            <w:r>
              <w:rPr>
                <w:b/>
                <w:color w:val="FFFFFF"/>
                <w:sz w:val="16"/>
              </w:rPr>
              <w:t>Program / Activity</w:t>
            </w:r>
          </w:p>
        </w:tc>
        <w:tc>
          <w:tcPr>
            <w:tcW w:w="2520" w:type="dxa"/>
            <w:shd w:val="clear" w:color="auto" w:fill="17365D"/>
            <w:tcMar>
              <w:top w:w="80" w:type="dxa"/>
              <w:left w:w="100" w:type="dxa"/>
              <w:bottom w:w="80" w:type="dxa"/>
              <w:right w:w="100" w:type="dxa"/>
            </w:tcMar>
          </w:tcPr>
          <w:p w14:paraId="280DBF16" w14:textId="77777777" w:rsidR="00B000C3" w:rsidRDefault="00000000">
            <w:r>
              <w:rPr>
                <w:b/>
                <w:color w:val="FFFFFF"/>
                <w:sz w:val="16"/>
              </w:rPr>
              <w:t>Location / Room</w:t>
            </w:r>
          </w:p>
        </w:tc>
        <w:tc>
          <w:tcPr>
            <w:tcW w:w="2520" w:type="dxa"/>
            <w:shd w:val="clear" w:color="auto" w:fill="17365D"/>
            <w:tcMar>
              <w:top w:w="80" w:type="dxa"/>
              <w:left w:w="100" w:type="dxa"/>
              <w:bottom w:w="80" w:type="dxa"/>
              <w:right w:w="100" w:type="dxa"/>
            </w:tcMar>
          </w:tcPr>
          <w:p w14:paraId="3268786C" w14:textId="77777777" w:rsidR="00B000C3" w:rsidRDefault="00000000">
            <w:r>
              <w:rPr>
                <w:b/>
                <w:color w:val="FFFFFF"/>
                <w:sz w:val="16"/>
              </w:rPr>
              <w:t>Key Speaker / Participant</w:t>
            </w:r>
          </w:p>
        </w:tc>
      </w:tr>
      <w:tr w:rsidR="00B000C3" w14:paraId="17715FB6" w14:textId="77777777">
        <w:trPr>
          <w:jc w:val="center"/>
        </w:trPr>
        <w:tc>
          <w:tcPr>
            <w:tcW w:w="2520" w:type="dxa"/>
            <w:tcMar>
              <w:top w:w="80" w:type="dxa"/>
              <w:left w:w="100" w:type="dxa"/>
              <w:bottom w:w="80" w:type="dxa"/>
              <w:right w:w="100" w:type="dxa"/>
            </w:tcMar>
          </w:tcPr>
          <w:p w14:paraId="009BA710" w14:textId="77777777" w:rsidR="00B000C3" w:rsidRDefault="00000000">
            <w:r>
              <w:rPr>
                <w:color w:val="666666"/>
                <w:sz w:val="16"/>
              </w:rPr>
              <w:t>[Enter]</w:t>
            </w:r>
          </w:p>
        </w:tc>
        <w:tc>
          <w:tcPr>
            <w:tcW w:w="2520" w:type="dxa"/>
            <w:tcMar>
              <w:top w:w="80" w:type="dxa"/>
              <w:left w:w="100" w:type="dxa"/>
              <w:bottom w:w="80" w:type="dxa"/>
              <w:right w:w="100" w:type="dxa"/>
            </w:tcMar>
          </w:tcPr>
          <w:p w14:paraId="6E64B380" w14:textId="77777777" w:rsidR="00B000C3" w:rsidRDefault="00000000">
            <w:r>
              <w:rPr>
                <w:color w:val="666666"/>
                <w:sz w:val="16"/>
              </w:rPr>
              <w:t>[Enter]</w:t>
            </w:r>
          </w:p>
        </w:tc>
        <w:tc>
          <w:tcPr>
            <w:tcW w:w="2520" w:type="dxa"/>
            <w:tcMar>
              <w:top w:w="80" w:type="dxa"/>
              <w:left w:w="100" w:type="dxa"/>
              <w:bottom w:w="80" w:type="dxa"/>
              <w:right w:w="100" w:type="dxa"/>
            </w:tcMar>
          </w:tcPr>
          <w:p w14:paraId="28473987" w14:textId="77777777" w:rsidR="00B000C3" w:rsidRDefault="00000000">
            <w:r>
              <w:rPr>
                <w:color w:val="666666"/>
                <w:sz w:val="16"/>
              </w:rPr>
              <w:t>[Enter]</w:t>
            </w:r>
          </w:p>
        </w:tc>
        <w:tc>
          <w:tcPr>
            <w:tcW w:w="2520" w:type="dxa"/>
            <w:tcMar>
              <w:top w:w="80" w:type="dxa"/>
              <w:left w:w="100" w:type="dxa"/>
              <w:bottom w:w="80" w:type="dxa"/>
              <w:right w:w="100" w:type="dxa"/>
            </w:tcMar>
          </w:tcPr>
          <w:p w14:paraId="4F76B101" w14:textId="77777777" w:rsidR="00B000C3" w:rsidRDefault="00000000">
            <w:r>
              <w:rPr>
                <w:color w:val="666666"/>
                <w:sz w:val="16"/>
              </w:rPr>
              <w:t>[Enter]</w:t>
            </w:r>
          </w:p>
        </w:tc>
      </w:tr>
      <w:tr w:rsidR="00B000C3" w14:paraId="4DF52C09" w14:textId="77777777">
        <w:trPr>
          <w:jc w:val="center"/>
        </w:trPr>
        <w:tc>
          <w:tcPr>
            <w:tcW w:w="2520" w:type="dxa"/>
            <w:tcMar>
              <w:top w:w="80" w:type="dxa"/>
              <w:left w:w="100" w:type="dxa"/>
              <w:bottom w:w="80" w:type="dxa"/>
              <w:right w:w="100" w:type="dxa"/>
            </w:tcMar>
          </w:tcPr>
          <w:p w14:paraId="7371959E" w14:textId="77777777" w:rsidR="00B000C3" w:rsidRDefault="00000000">
            <w:r>
              <w:rPr>
                <w:color w:val="666666"/>
                <w:sz w:val="16"/>
              </w:rPr>
              <w:t>[Enter]</w:t>
            </w:r>
          </w:p>
        </w:tc>
        <w:tc>
          <w:tcPr>
            <w:tcW w:w="2520" w:type="dxa"/>
            <w:tcMar>
              <w:top w:w="80" w:type="dxa"/>
              <w:left w:w="100" w:type="dxa"/>
              <w:bottom w:w="80" w:type="dxa"/>
              <w:right w:w="100" w:type="dxa"/>
            </w:tcMar>
          </w:tcPr>
          <w:p w14:paraId="6785B9B2" w14:textId="77777777" w:rsidR="00B000C3" w:rsidRDefault="00000000">
            <w:r>
              <w:rPr>
                <w:color w:val="666666"/>
                <w:sz w:val="16"/>
              </w:rPr>
              <w:t>[Enter]</w:t>
            </w:r>
          </w:p>
        </w:tc>
        <w:tc>
          <w:tcPr>
            <w:tcW w:w="2520" w:type="dxa"/>
            <w:tcMar>
              <w:top w:w="80" w:type="dxa"/>
              <w:left w:w="100" w:type="dxa"/>
              <w:bottom w:w="80" w:type="dxa"/>
              <w:right w:w="100" w:type="dxa"/>
            </w:tcMar>
          </w:tcPr>
          <w:p w14:paraId="1031BFB4" w14:textId="77777777" w:rsidR="00B000C3" w:rsidRDefault="00000000">
            <w:r>
              <w:rPr>
                <w:color w:val="666666"/>
                <w:sz w:val="16"/>
              </w:rPr>
              <w:t>[Enter]</w:t>
            </w:r>
          </w:p>
        </w:tc>
        <w:tc>
          <w:tcPr>
            <w:tcW w:w="2520" w:type="dxa"/>
            <w:tcMar>
              <w:top w:w="80" w:type="dxa"/>
              <w:left w:w="100" w:type="dxa"/>
              <w:bottom w:w="80" w:type="dxa"/>
              <w:right w:w="100" w:type="dxa"/>
            </w:tcMar>
          </w:tcPr>
          <w:p w14:paraId="5F940E4B" w14:textId="77777777" w:rsidR="00B000C3" w:rsidRDefault="00000000">
            <w:r>
              <w:rPr>
                <w:color w:val="666666"/>
                <w:sz w:val="16"/>
              </w:rPr>
              <w:t>[Enter]</w:t>
            </w:r>
          </w:p>
        </w:tc>
      </w:tr>
      <w:tr w:rsidR="00B000C3" w14:paraId="5BCF31AE" w14:textId="77777777">
        <w:trPr>
          <w:jc w:val="center"/>
        </w:trPr>
        <w:tc>
          <w:tcPr>
            <w:tcW w:w="2520" w:type="dxa"/>
            <w:tcMar>
              <w:top w:w="80" w:type="dxa"/>
              <w:left w:w="100" w:type="dxa"/>
              <w:bottom w:w="80" w:type="dxa"/>
              <w:right w:w="100" w:type="dxa"/>
            </w:tcMar>
          </w:tcPr>
          <w:p w14:paraId="51A73879" w14:textId="77777777" w:rsidR="00B000C3" w:rsidRDefault="00000000">
            <w:r>
              <w:rPr>
                <w:color w:val="666666"/>
                <w:sz w:val="16"/>
              </w:rPr>
              <w:t>[Enter]</w:t>
            </w:r>
          </w:p>
        </w:tc>
        <w:tc>
          <w:tcPr>
            <w:tcW w:w="2520" w:type="dxa"/>
            <w:tcMar>
              <w:top w:w="80" w:type="dxa"/>
              <w:left w:w="100" w:type="dxa"/>
              <w:bottom w:w="80" w:type="dxa"/>
              <w:right w:w="100" w:type="dxa"/>
            </w:tcMar>
          </w:tcPr>
          <w:p w14:paraId="172E66AE" w14:textId="77777777" w:rsidR="00B000C3" w:rsidRDefault="00000000">
            <w:r>
              <w:rPr>
                <w:color w:val="666666"/>
                <w:sz w:val="16"/>
              </w:rPr>
              <w:t>[Enter]</w:t>
            </w:r>
          </w:p>
        </w:tc>
        <w:tc>
          <w:tcPr>
            <w:tcW w:w="2520" w:type="dxa"/>
            <w:tcMar>
              <w:top w:w="80" w:type="dxa"/>
              <w:left w:w="100" w:type="dxa"/>
              <w:bottom w:w="80" w:type="dxa"/>
              <w:right w:w="100" w:type="dxa"/>
            </w:tcMar>
          </w:tcPr>
          <w:p w14:paraId="6A25EA30" w14:textId="77777777" w:rsidR="00B000C3" w:rsidRDefault="00000000">
            <w:r>
              <w:rPr>
                <w:color w:val="666666"/>
                <w:sz w:val="16"/>
              </w:rPr>
              <w:t>[Enter]</w:t>
            </w:r>
          </w:p>
        </w:tc>
        <w:tc>
          <w:tcPr>
            <w:tcW w:w="2520" w:type="dxa"/>
            <w:tcMar>
              <w:top w:w="80" w:type="dxa"/>
              <w:left w:w="100" w:type="dxa"/>
              <w:bottom w:w="80" w:type="dxa"/>
              <w:right w:w="100" w:type="dxa"/>
            </w:tcMar>
          </w:tcPr>
          <w:p w14:paraId="4B96307E" w14:textId="77777777" w:rsidR="00B000C3" w:rsidRDefault="00000000">
            <w:r>
              <w:rPr>
                <w:color w:val="666666"/>
                <w:sz w:val="16"/>
              </w:rPr>
              <w:t>[Enter]</w:t>
            </w:r>
          </w:p>
        </w:tc>
      </w:tr>
      <w:tr w:rsidR="00B000C3" w14:paraId="6A3FCCC6" w14:textId="77777777">
        <w:trPr>
          <w:jc w:val="center"/>
        </w:trPr>
        <w:tc>
          <w:tcPr>
            <w:tcW w:w="2520" w:type="dxa"/>
            <w:tcMar>
              <w:top w:w="80" w:type="dxa"/>
              <w:left w:w="100" w:type="dxa"/>
              <w:bottom w:w="80" w:type="dxa"/>
              <w:right w:w="100" w:type="dxa"/>
            </w:tcMar>
          </w:tcPr>
          <w:p w14:paraId="36B1CD3C" w14:textId="77777777" w:rsidR="00B000C3" w:rsidRDefault="00000000">
            <w:r>
              <w:rPr>
                <w:color w:val="666666"/>
                <w:sz w:val="16"/>
              </w:rPr>
              <w:t>[Enter]</w:t>
            </w:r>
          </w:p>
        </w:tc>
        <w:tc>
          <w:tcPr>
            <w:tcW w:w="2520" w:type="dxa"/>
            <w:tcMar>
              <w:top w:w="80" w:type="dxa"/>
              <w:left w:w="100" w:type="dxa"/>
              <w:bottom w:w="80" w:type="dxa"/>
              <w:right w:w="100" w:type="dxa"/>
            </w:tcMar>
          </w:tcPr>
          <w:p w14:paraId="5E1B3549" w14:textId="77777777" w:rsidR="00B000C3" w:rsidRDefault="00000000">
            <w:r>
              <w:rPr>
                <w:color w:val="666666"/>
                <w:sz w:val="16"/>
              </w:rPr>
              <w:t>[Enter]</w:t>
            </w:r>
          </w:p>
        </w:tc>
        <w:tc>
          <w:tcPr>
            <w:tcW w:w="2520" w:type="dxa"/>
            <w:tcMar>
              <w:top w:w="80" w:type="dxa"/>
              <w:left w:w="100" w:type="dxa"/>
              <w:bottom w:w="80" w:type="dxa"/>
              <w:right w:w="100" w:type="dxa"/>
            </w:tcMar>
          </w:tcPr>
          <w:p w14:paraId="54D81E17" w14:textId="77777777" w:rsidR="00B000C3" w:rsidRDefault="00000000">
            <w:r>
              <w:rPr>
                <w:color w:val="666666"/>
                <w:sz w:val="16"/>
              </w:rPr>
              <w:t>[Enter]</w:t>
            </w:r>
          </w:p>
        </w:tc>
        <w:tc>
          <w:tcPr>
            <w:tcW w:w="2520" w:type="dxa"/>
            <w:tcMar>
              <w:top w:w="80" w:type="dxa"/>
              <w:left w:w="100" w:type="dxa"/>
              <w:bottom w:w="80" w:type="dxa"/>
              <w:right w:w="100" w:type="dxa"/>
            </w:tcMar>
          </w:tcPr>
          <w:p w14:paraId="020739C4" w14:textId="77777777" w:rsidR="00B000C3" w:rsidRDefault="00000000">
            <w:r>
              <w:rPr>
                <w:color w:val="666666"/>
                <w:sz w:val="16"/>
              </w:rPr>
              <w:t>[Enter]</w:t>
            </w:r>
          </w:p>
        </w:tc>
      </w:tr>
      <w:tr w:rsidR="00B000C3" w14:paraId="26FD8CFB" w14:textId="77777777">
        <w:trPr>
          <w:jc w:val="center"/>
        </w:trPr>
        <w:tc>
          <w:tcPr>
            <w:tcW w:w="2520" w:type="dxa"/>
            <w:tcMar>
              <w:top w:w="80" w:type="dxa"/>
              <w:left w:w="100" w:type="dxa"/>
              <w:bottom w:w="80" w:type="dxa"/>
              <w:right w:w="100" w:type="dxa"/>
            </w:tcMar>
          </w:tcPr>
          <w:p w14:paraId="2C9FA718" w14:textId="77777777" w:rsidR="00B000C3" w:rsidRDefault="00000000">
            <w:r>
              <w:rPr>
                <w:color w:val="666666"/>
                <w:sz w:val="16"/>
              </w:rPr>
              <w:t>[Enter]</w:t>
            </w:r>
          </w:p>
        </w:tc>
        <w:tc>
          <w:tcPr>
            <w:tcW w:w="2520" w:type="dxa"/>
            <w:tcMar>
              <w:top w:w="80" w:type="dxa"/>
              <w:left w:w="100" w:type="dxa"/>
              <w:bottom w:w="80" w:type="dxa"/>
              <w:right w:w="100" w:type="dxa"/>
            </w:tcMar>
          </w:tcPr>
          <w:p w14:paraId="03DA0210" w14:textId="77777777" w:rsidR="00B000C3" w:rsidRDefault="00000000">
            <w:r>
              <w:rPr>
                <w:color w:val="666666"/>
                <w:sz w:val="16"/>
              </w:rPr>
              <w:t>[Enter]</w:t>
            </w:r>
          </w:p>
        </w:tc>
        <w:tc>
          <w:tcPr>
            <w:tcW w:w="2520" w:type="dxa"/>
            <w:tcMar>
              <w:top w:w="80" w:type="dxa"/>
              <w:left w:w="100" w:type="dxa"/>
              <w:bottom w:w="80" w:type="dxa"/>
              <w:right w:w="100" w:type="dxa"/>
            </w:tcMar>
          </w:tcPr>
          <w:p w14:paraId="5D8DD815" w14:textId="77777777" w:rsidR="00B000C3" w:rsidRDefault="00000000">
            <w:r>
              <w:rPr>
                <w:color w:val="666666"/>
                <w:sz w:val="16"/>
              </w:rPr>
              <w:t>[Enter]</w:t>
            </w:r>
          </w:p>
        </w:tc>
        <w:tc>
          <w:tcPr>
            <w:tcW w:w="2520" w:type="dxa"/>
            <w:tcMar>
              <w:top w:w="80" w:type="dxa"/>
              <w:left w:w="100" w:type="dxa"/>
              <w:bottom w:w="80" w:type="dxa"/>
              <w:right w:w="100" w:type="dxa"/>
            </w:tcMar>
          </w:tcPr>
          <w:p w14:paraId="25A78748" w14:textId="77777777" w:rsidR="00B000C3" w:rsidRDefault="00000000">
            <w:r>
              <w:rPr>
                <w:color w:val="666666"/>
                <w:sz w:val="16"/>
              </w:rPr>
              <w:t>[Enter]</w:t>
            </w:r>
          </w:p>
        </w:tc>
      </w:tr>
      <w:tr w:rsidR="00B000C3" w14:paraId="0DB1938F" w14:textId="77777777">
        <w:trPr>
          <w:jc w:val="center"/>
        </w:trPr>
        <w:tc>
          <w:tcPr>
            <w:tcW w:w="2520" w:type="dxa"/>
            <w:tcMar>
              <w:top w:w="80" w:type="dxa"/>
              <w:left w:w="100" w:type="dxa"/>
              <w:bottom w:w="80" w:type="dxa"/>
              <w:right w:w="100" w:type="dxa"/>
            </w:tcMar>
          </w:tcPr>
          <w:p w14:paraId="68163905" w14:textId="77777777" w:rsidR="00B000C3" w:rsidRDefault="00000000">
            <w:r>
              <w:rPr>
                <w:color w:val="666666"/>
                <w:sz w:val="16"/>
              </w:rPr>
              <w:t>[Enter]</w:t>
            </w:r>
          </w:p>
        </w:tc>
        <w:tc>
          <w:tcPr>
            <w:tcW w:w="2520" w:type="dxa"/>
            <w:tcMar>
              <w:top w:w="80" w:type="dxa"/>
              <w:left w:w="100" w:type="dxa"/>
              <w:bottom w:w="80" w:type="dxa"/>
              <w:right w:w="100" w:type="dxa"/>
            </w:tcMar>
          </w:tcPr>
          <w:p w14:paraId="37966BBA" w14:textId="77777777" w:rsidR="00B000C3" w:rsidRDefault="00000000">
            <w:r>
              <w:rPr>
                <w:color w:val="666666"/>
                <w:sz w:val="16"/>
              </w:rPr>
              <w:t>[Enter]</w:t>
            </w:r>
          </w:p>
        </w:tc>
        <w:tc>
          <w:tcPr>
            <w:tcW w:w="2520" w:type="dxa"/>
            <w:tcMar>
              <w:top w:w="80" w:type="dxa"/>
              <w:left w:w="100" w:type="dxa"/>
              <w:bottom w:w="80" w:type="dxa"/>
              <w:right w:w="100" w:type="dxa"/>
            </w:tcMar>
          </w:tcPr>
          <w:p w14:paraId="20AFA287" w14:textId="77777777" w:rsidR="00B000C3" w:rsidRDefault="00000000">
            <w:r>
              <w:rPr>
                <w:color w:val="666666"/>
                <w:sz w:val="16"/>
              </w:rPr>
              <w:t>[Enter]</w:t>
            </w:r>
          </w:p>
        </w:tc>
        <w:tc>
          <w:tcPr>
            <w:tcW w:w="2520" w:type="dxa"/>
            <w:tcMar>
              <w:top w:w="80" w:type="dxa"/>
              <w:left w:w="100" w:type="dxa"/>
              <w:bottom w:w="80" w:type="dxa"/>
              <w:right w:w="100" w:type="dxa"/>
            </w:tcMar>
          </w:tcPr>
          <w:p w14:paraId="0CFAD45C" w14:textId="77777777" w:rsidR="00B000C3" w:rsidRDefault="00000000">
            <w:r>
              <w:rPr>
                <w:color w:val="666666"/>
                <w:sz w:val="16"/>
              </w:rPr>
              <w:t>[Enter]</w:t>
            </w:r>
          </w:p>
        </w:tc>
      </w:tr>
      <w:tr w:rsidR="00B000C3" w14:paraId="2FB1196C" w14:textId="77777777">
        <w:trPr>
          <w:jc w:val="center"/>
        </w:trPr>
        <w:tc>
          <w:tcPr>
            <w:tcW w:w="2520" w:type="dxa"/>
            <w:tcMar>
              <w:top w:w="80" w:type="dxa"/>
              <w:left w:w="100" w:type="dxa"/>
              <w:bottom w:w="80" w:type="dxa"/>
              <w:right w:w="100" w:type="dxa"/>
            </w:tcMar>
          </w:tcPr>
          <w:p w14:paraId="70768906" w14:textId="77777777" w:rsidR="00B000C3" w:rsidRDefault="00000000">
            <w:r>
              <w:rPr>
                <w:color w:val="666666"/>
                <w:sz w:val="16"/>
              </w:rPr>
              <w:t>[Enter]</w:t>
            </w:r>
          </w:p>
        </w:tc>
        <w:tc>
          <w:tcPr>
            <w:tcW w:w="2520" w:type="dxa"/>
            <w:tcMar>
              <w:top w:w="80" w:type="dxa"/>
              <w:left w:w="100" w:type="dxa"/>
              <w:bottom w:w="80" w:type="dxa"/>
              <w:right w:w="100" w:type="dxa"/>
            </w:tcMar>
          </w:tcPr>
          <w:p w14:paraId="0E738E3D" w14:textId="77777777" w:rsidR="00B000C3" w:rsidRDefault="00000000">
            <w:r>
              <w:rPr>
                <w:color w:val="666666"/>
                <w:sz w:val="16"/>
              </w:rPr>
              <w:t>[Enter]</w:t>
            </w:r>
          </w:p>
        </w:tc>
        <w:tc>
          <w:tcPr>
            <w:tcW w:w="2520" w:type="dxa"/>
            <w:tcMar>
              <w:top w:w="80" w:type="dxa"/>
              <w:left w:w="100" w:type="dxa"/>
              <w:bottom w:w="80" w:type="dxa"/>
              <w:right w:w="100" w:type="dxa"/>
            </w:tcMar>
          </w:tcPr>
          <w:p w14:paraId="022472BC" w14:textId="77777777" w:rsidR="00B000C3" w:rsidRDefault="00000000">
            <w:r>
              <w:rPr>
                <w:color w:val="666666"/>
                <w:sz w:val="16"/>
              </w:rPr>
              <w:t>[Enter]</w:t>
            </w:r>
          </w:p>
        </w:tc>
        <w:tc>
          <w:tcPr>
            <w:tcW w:w="2520" w:type="dxa"/>
            <w:tcMar>
              <w:top w:w="80" w:type="dxa"/>
              <w:left w:w="100" w:type="dxa"/>
              <w:bottom w:w="80" w:type="dxa"/>
              <w:right w:w="100" w:type="dxa"/>
            </w:tcMar>
          </w:tcPr>
          <w:p w14:paraId="4B524F18" w14:textId="77777777" w:rsidR="00B000C3" w:rsidRDefault="00000000">
            <w:r>
              <w:rPr>
                <w:color w:val="666666"/>
                <w:sz w:val="16"/>
              </w:rPr>
              <w:t>[Enter]</w:t>
            </w:r>
          </w:p>
        </w:tc>
      </w:tr>
      <w:tr w:rsidR="00B000C3" w14:paraId="144EADD5" w14:textId="77777777">
        <w:trPr>
          <w:jc w:val="center"/>
        </w:trPr>
        <w:tc>
          <w:tcPr>
            <w:tcW w:w="2520" w:type="dxa"/>
            <w:tcMar>
              <w:top w:w="80" w:type="dxa"/>
              <w:left w:w="100" w:type="dxa"/>
              <w:bottom w:w="80" w:type="dxa"/>
              <w:right w:w="100" w:type="dxa"/>
            </w:tcMar>
          </w:tcPr>
          <w:p w14:paraId="38291C93" w14:textId="77777777" w:rsidR="00B000C3" w:rsidRDefault="00000000">
            <w:r>
              <w:rPr>
                <w:color w:val="666666"/>
                <w:sz w:val="16"/>
              </w:rPr>
              <w:t>[Enter]</w:t>
            </w:r>
          </w:p>
        </w:tc>
        <w:tc>
          <w:tcPr>
            <w:tcW w:w="2520" w:type="dxa"/>
            <w:tcMar>
              <w:top w:w="80" w:type="dxa"/>
              <w:left w:w="100" w:type="dxa"/>
              <w:bottom w:w="80" w:type="dxa"/>
              <w:right w:w="100" w:type="dxa"/>
            </w:tcMar>
          </w:tcPr>
          <w:p w14:paraId="1C3A132A" w14:textId="77777777" w:rsidR="00B000C3" w:rsidRDefault="00000000">
            <w:r>
              <w:rPr>
                <w:color w:val="666666"/>
                <w:sz w:val="16"/>
              </w:rPr>
              <w:t>[Enter]</w:t>
            </w:r>
          </w:p>
        </w:tc>
        <w:tc>
          <w:tcPr>
            <w:tcW w:w="2520" w:type="dxa"/>
            <w:tcMar>
              <w:top w:w="80" w:type="dxa"/>
              <w:left w:w="100" w:type="dxa"/>
              <w:bottom w:w="80" w:type="dxa"/>
              <w:right w:w="100" w:type="dxa"/>
            </w:tcMar>
          </w:tcPr>
          <w:p w14:paraId="7AFDEAFA" w14:textId="77777777" w:rsidR="00B000C3" w:rsidRDefault="00000000">
            <w:r>
              <w:rPr>
                <w:color w:val="666666"/>
                <w:sz w:val="16"/>
              </w:rPr>
              <w:t>[Enter]</w:t>
            </w:r>
          </w:p>
        </w:tc>
        <w:tc>
          <w:tcPr>
            <w:tcW w:w="2520" w:type="dxa"/>
            <w:tcMar>
              <w:top w:w="80" w:type="dxa"/>
              <w:left w:w="100" w:type="dxa"/>
              <w:bottom w:w="80" w:type="dxa"/>
              <w:right w:w="100" w:type="dxa"/>
            </w:tcMar>
          </w:tcPr>
          <w:p w14:paraId="7A2C65EA" w14:textId="77777777" w:rsidR="00B000C3" w:rsidRDefault="00000000">
            <w:r>
              <w:rPr>
                <w:color w:val="666666"/>
                <w:sz w:val="16"/>
              </w:rPr>
              <w:t>[Enter]</w:t>
            </w:r>
          </w:p>
        </w:tc>
      </w:tr>
      <w:tr w:rsidR="00B000C3" w14:paraId="519329D0" w14:textId="77777777">
        <w:trPr>
          <w:jc w:val="center"/>
        </w:trPr>
        <w:tc>
          <w:tcPr>
            <w:tcW w:w="2520" w:type="dxa"/>
            <w:tcMar>
              <w:top w:w="80" w:type="dxa"/>
              <w:left w:w="100" w:type="dxa"/>
              <w:bottom w:w="80" w:type="dxa"/>
              <w:right w:w="100" w:type="dxa"/>
            </w:tcMar>
          </w:tcPr>
          <w:p w14:paraId="296F868B" w14:textId="77777777" w:rsidR="00B000C3" w:rsidRDefault="00000000">
            <w:r>
              <w:rPr>
                <w:color w:val="666666"/>
                <w:sz w:val="16"/>
              </w:rPr>
              <w:t>[Enter]</w:t>
            </w:r>
          </w:p>
        </w:tc>
        <w:tc>
          <w:tcPr>
            <w:tcW w:w="2520" w:type="dxa"/>
            <w:tcMar>
              <w:top w:w="80" w:type="dxa"/>
              <w:left w:w="100" w:type="dxa"/>
              <w:bottom w:w="80" w:type="dxa"/>
              <w:right w:w="100" w:type="dxa"/>
            </w:tcMar>
          </w:tcPr>
          <w:p w14:paraId="368944E2" w14:textId="77777777" w:rsidR="00B000C3" w:rsidRDefault="00000000">
            <w:r>
              <w:rPr>
                <w:color w:val="666666"/>
                <w:sz w:val="16"/>
              </w:rPr>
              <w:t>[Enter]</w:t>
            </w:r>
          </w:p>
        </w:tc>
        <w:tc>
          <w:tcPr>
            <w:tcW w:w="2520" w:type="dxa"/>
            <w:tcMar>
              <w:top w:w="80" w:type="dxa"/>
              <w:left w:w="100" w:type="dxa"/>
              <w:bottom w:w="80" w:type="dxa"/>
              <w:right w:w="100" w:type="dxa"/>
            </w:tcMar>
          </w:tcPr>
          <w:p w14:paraId="4B246965" w14:textId="77777777" w:rsidR="00B000C3" w:rsidRDefault="00000000">
            <w:r>
              <w:rPr>
                <w:color w:val="666666"/>
                <w:sz w:val="16"/>
              </w:rPr>
              <w:t>[Enter]</w:t>
            </w:r>
          </w:p>
        </w:tc>
        <w:tc>
          <w:tcPr>
            <w:tcW w:w="2520" w:type="dxa"/>
            <w:tcMar>
              <w:top w:w="80" w:type="dxa"/>
              <w:left w:w="100" w:type="dxa"/>
              <w:bottom w:w="80" w:type="dxa"/>
              <w:right w:w="100" w:type="dxa"/>
            </w:tcMar>
          </w:tcPr>
          <w:p w14:paraId="4EEC129E" w14:textId="77777777" w:rsidR="00B000C3" w:rsidRDefault="00000000">
            <w:r>
              <w:rPr>
                <w:color w:val="666666"/>
                <w:sz w:val="16"/>
              </w:rPr>
              <w:t>[Enter]</w:t>
            </w:r>
          </w:p>
        </w:tc>
      </w:tr>
    </w:tbl>
    <w:p w14:paraId="55F7A746" w14:textId="77777777" w:rsidR="00E342A6" w:rsidRDefault="00E342A6">
      <w:pPr>
        <w:spacing w:before="120" w:after="100" w:line="240" w:lineRule="auto"/>
        <w:rPr>
          <w:rFonts w:ascii="Georgia" w:hAnsi="Georgia"/>
          <w:b/>
          <w:color w:val="17365D"/>
          <w:sz w:val="30"/>
        </w:rPr>
      </w:pPr>
    </w:p>
    <w:p w14:paraId="5724EF27" w14:textId="77777777" w:rsidR="00E342A6" w:rsidRDefault="00E342A6">
      <w:pPr>
        <w:spacing w:before="120" w:after="100" w:line="240" w:lineRule="auto"/>
        <w:rPr>
          <w:rFonts w:ascii="Georgia" w:hAnsi="Georgia"/>
          <w:b/>
          <w:color w:val="17365D"/>
          <w:sz w:val="30"/>
        </w:rPr>
      </w:pPr>
    </w:p>
    <w:p w14:paraId="3A711B7C" w14:textId="77777777" w:rsidR="00E342A6" w:rsidRDefault="00E342A6">
      <w:pPr>
        <w:spacing w:before="120" w:after="100" w:line="240" w:lineRule="auto"/>
        <w:rPr>
          <w:rFonts w:ascii="Georgia" w:hAnsi="Georgia"/>
          <w:b/>
          <w:color w:val="17365D"/>
          <w:sz w:val="30"/>
        </w:rPr>
      </w:pPr>
    </w:p>
    <w:p w14:paraId="257AA3DE" w14:textId="77777777" w:rsidR="00E342A6" w:rsidRDefault="00E342A6">
      <w:pPr>
        <w:spacing w:before="120" w:after="100" w:line="240" w:lineRule="auto"/>
        <w:rPr>
          <w:rFonts w:ascii="Georgia" w:hAnsi="Georgia"/>
          <w:b/>
          <w:color w:val="17365D"/>
          <w:sz w:val="30"/>
        </w:rPr>
      </w:pPr>
    </w:p>
    <w:p w14:paraId="650FCF72" w14:textId="77777777" w:rsidR="00E342A6" w:rsidRDefault="00E342A6">
      <w:pPr>
        <w:spacing w:before="120" w:after="100" w:line="240" w:lineRule="auto"/>
        <w:rPr>
          <w:rFonts w:ascii="Georgia" w:hAnsi="Georgia"/>
          <w:b/>
          <w:color w:val="17365D"/>
          <w:sz w:val="30"/>
        </w:rPr>
      </w:pPr>
    </w:p>
    <w:p w14:paraId="60B7BABA" w14:textId="77777777" w:rsidR="00E342A6" w:rsidRDefault="00E342A6">
      <w:pPr>
        <w:spacing w:before="120" w:after="100" w:line="240" w:lineRule="auto"/>
        <w:rPr>
          <w:rFonts w:ascii="Georgia" w:hAnsi="Georgia"/>
          <w:b/>
          <w:color w:val="17365D"/>
          <w:sz w:val="30"/>
        </w:rPr>
      </w:pPr>
    </w:p>
    <w:p w14:paraId="60C277DD" w14:textId="77777777" w:rsidR="00E342A6" w:rsidRDefault="00E342A6">
      <w:pPr>
        <w:spacing w:before="120" w:after="100" w:line="240" w:lineRule="auto"/>
        <w:rPr>
          <w:rFonts w:ascii="Georgia" w:hAnsi="Georgia"/>
          <w:b/>
          <w:color w:val="17365D"/>
          <w:sz w:val="30"/>
        </w:rPr>
      </w:pPr>
    </w:p>
    <w:p w14:paraId="247D7D80" w14:textId="77777777" w:rsidR="00E342A6" w:rsidRDefault="00E342A6">
      <w:pPr>
        <w:spacing w:before="120" w:after="100" w:line="240" w:lineRule="auto"/>
        <w:rPr>
          <w:rFonts w:ascii="Georgia" w:hAnsi="Georgia"/>
          <w:b/>
          <w:color w:val="17365D"/>
          <w:sz w:val="30"/>
        </w:rPr>
      </w:pPr>
    </w:p>
    <w:p w14:paraId="445E380E" w14:textId="77777777" w:rsidR="00E342A6" w:rsidRDefault="00E342A6">
      <w:pPr>
        <w:spacing w:before="120" w:after="100" w:line="240" w:lineRule="auto"/>
        <w:rPr>
          <w:rFonts w:ascii="Georgia" w:hAnsi="Georgia"/>
          <w:b/>
          <w:color w:val="17365D"/>
          <w:sz w:val="30"/>
        </w:rPr>
      </w:pPr>
    </w:p>
    <w:p w14:paraId="2D663190" w14:textId="77777777" w:rsidR="00E342A6" w:rsidRDefault="00E342A6">
      <w:pPr>
        <w:spacing w:before="120" w:after="100" w:line="240" w:lineRule="auto"/>
        <w:rPr>
          <w:rFonts w:ascii="Georgia" w:hAnsi="Georgia"/>
          <w:b/>
          <w:color w:val="17365D"/>
          <w:sz w:val="30"/>
        </w:rPr>
      </w:pPr>
    </w:p>
    <w:p w14:paraId="3860A3B4" w14:textId="77777777" w:rsidR="00E342A6" w:rsidRDefault="00E342A6">
      <w:pPr>
        <w:spacing w:before="120" w:after="100" w:line="240" w:lineRule="auto"/>
        <w:rPr>
          <w:rFonts w:ascii="Georgia" w:hAnsi="Georgia"/>
          <w:b/>
          <w:color w:val="17365D"/>
          <w:sz w:val="30"/>
        </w:rPr>
      </w:pPr>
    </w:p>
    <w:p w14:paraId="1B278A55" w14:textId="77777777" w:rsidR="00E342A6" w:rsidRDefault="00E342A6">
      <w:pPr>
        <w:spacing w:before="120" w:after="100" w:line="240" w:lineRule="auto"/>
        <w:rPr>
          <w:rFonts w:ascii="Georgia" w:hAnsi="Georgia"/>
          <w:b/>
          <w:color w:val="17365D"/>
          <w:sz w:val="30"/>
        </w:rPr>
      </w:pPr>
    </w:p>
    <w:p w14:paraId="34DF67F8" w14:textId="77777777" w:rsidR="00E342A6" w:rsidRDefault="00E342A6">
      <w:pPr>
        <w:spacing w:before="120" w:after="100" w:line="240" w:lineRule="auto"/>
        <w:rPr>
          <w:rFonts w:ascii="Georgia" w:hAnsi="Georgia"/>
          <w:b/>
          <w:color w:val="17365D"/>
          <w:sz w:val="30"/>
        </w:rPr>
      </w:pPr>
    </w:p>
    <w:p w14:paraId="34B95311" w14:textId="77777777" w:rsidR="00E342A6" w:rsidRDefault="00E342A6">
      <w:pPr>
        <w:spacing w:before="120" w:after="100" w:line="240" w:lineRule="auto"/>
        <w:rPr>
          <w:rFonts w:ascii="Georgia" w:hAnsi="Georgia"/>
          <w:b/>
          <w:color w:val="17365D"/>
          <w:sz w:val="30"/>
        </w:rPr>
      </w:pPr>
    </w:p>
    <w:p w14:paraId="5A9046C8" w14:textId="77777777" w:rsidR="00E342A6" w:rsidRDefault="00E342A6">
      <w:pPr>
        <w:spacing w:before="120" w:after="100" w:line="240" w:lineRule="auto"/>
        <w:rPr>
          <w:rFonts w:ascii="Georgia" w:hAnsi="Georgia"/>
          <w:b/>
          <w:color w:val="17365D"/>
          <w:sz w:val="30"/>
        </w:rPr>
      </w:pPr>
    </w:p>
    <w:p w14:paraId="32472657" w14:textId="77777777" w:rsidR="00E342A6" w:rsidRDefault="00E342A6">
      <w:pPr>
        <w:spacing w:before="120" w:after="100" w:line="240" w:lineRule="auto"/>
        <w:rPr>
          <w:rFonts w:ascii="Georgia" w:hAnsi="Georgia"/>
          <w:b/>
          <w:color w:val="17365D"/>
          <w:sz w:val="30"/>
        </w:rPr>
      </w:pPr>
    </w:p>
    <w:p w14:paraId="21BB66C9" w14:textId="77777777" w:rsidR="00E342A6" w:rsidRDefault="00E342A6">
      <w:pPr>
        <w:spacing w:before="120" w:after="100" w:line="240" w:lineRule="auto"/>
        <w:rPr>
          <w:rFonts w:ascii="Georgia" w:hAnsi="Georgia"/>
          <w:b/>
          <w:color w:val="17365D"/>
          <w:sz w:val="30"/>
        </w:rPr>
      </w:pPr>
    </w:p>
    <w:p w14:paraId="45E0B315" w14:textId="77777777" w:rsidR="00E342A6" w:rsidRDefault="00E342A6">
      <w:pPr>
        <w:spacing w:before="120" w:after="100" w:line="240" w:lineRule="auto"/>
        <w:rPr>
          <w:rFonts w:ascii="Georgia" w:hAnsi="Georgia"/>
          <w:b/>
          <w:color w:val="17365D"/>
          <w:sz w:val="30"/>
        </w:rPr>
      </w:pPr>
    </w:p>
    <w:p w14:paraId="20AC20A0" w14:textId="77777777" w:rsidR="00E342A6" w:rsidRDefault="00E342A6">
      <w:pPr>
        <w:spacing w:before="120" w:after="100" w:line="240" w:lineRule="auto"/>
        <w:rPr>
          <w:rFonts w:ascii="Georgia" w:hAnsi="Georgia"/>
          <w:b/>
          <w:color w:val="17365D"/>
          <w:sz w:val="30"/>
        </w:rPr>
      </w:pPr>
    </w:p>
    <w:p w14:paraId="08DAA5B8" w14:textId="77777777" w:rsidR="00E342A6" w:rsidRDefault="00E342A6">
      <w:pPr>
        <w:spacing w:before="120" w:after="100" w:line="240" w:lineRule="auto"/>
        <w:rPr>
          <w:rFonts w:ascii="Georgia" w:hAnsi="Georgia"/>
          <w:b/>
          <w:color w:val="17365D"/>
          <w:sz w:val="30"/>
        </w:rPr>
      </w:pPr>
    </w:p>
    <w:p w14:paraId="15B7F86B" w14:textId="066C6E93" w:rsidR="00B000C3" w:rsidRDefault="00000000">
      <w:pPr>
        <w:spacing w:before="120" w:after="100" w:line="240" w:lineRule="auto"/>
      </w:pPr>
      <w:r>
        <w:rPr>
          <w:rFonts w:ascii="Georgia" w:hAnsi="Georgia"/>
          <w:b/>
          <w:color w:val="17365D"/>
          <w:sz w:val="30"/>
        </w:rPr>
        <w:t>Day 1 — Detailed Run of Show</w:t>
      </w:r>
    </w:p>
    <w:tbl>
      <w:tblPr>
        <w:tblW w:w="0" w:type="auto"/>
        <w:jc w:val="center"/>
        <w:tblLook w:val="04A0" w:firstRow="1" w:lastRow="0" w:firstColumn="1" w:lastColumn="0" w:noHBand="0" w:noVBand="1"/>
      </w:tblPr>
      <w:tblGrid>
        <w:gridCol w:w="10080"/>
      </w:tblGrid>
      <w:tr w:rsidR="00B000C3" w14:paraId="1E91FC4D" w14:textId="77777777">
        <w:trPr>
          <w:jc w:val="center"/>
        </w:trPr>
        <w:tc>
          <w:tcPr>
            <w:tcW w:w="10080" w:type="dxa"/>
            <w:shd w:val="clear" w:color="auto" w:fill="FBF8EF"/>
            <w:tcMar>
              <w:top w:w="100" w:type="dxa"/>
              <w:left w:w="130" w:type="dxa"/>
              <w:bottom w:w="100" w:type="dxa"/>
              <w:right w:w="130" w:type="dxa"/>
            </w:tcMar>
          </w:tcPr>
          <w:p w14:paraId="4DC1CAE8" w14:textId="77777777" w:rsidR="00B000C3" w:rsidRDefault="00000000">
            <w:pPr>
              <w:spacing w:after="0" w:line="240" w:lineRule="auto"/>
            </w:pPr>
            <w:r>
              <w:rPr>
                <w:b/>
                <w:color w:val="17365D"/>
                <w:sz w:val="18"/>
              </w:rPr>
              <w:t xml:space="preserve">How to use this section: </w:t>
            </w:r>
            <w:r>
              <w:rPr>
                <w:color w:val="333333"/>
                <w:sz w:val="18"/>
              </w:rPr>
              <w:t>Begin with the first required delivery action of the day and continue chronologically until the final assigned responsibility is complete. Add, remove or rename note headings under each timed activity as needed.</w:t>
            </w:r>
          </w:p>
        </w:tc>
      </w:tr>
    </w:tbl>
    <w:p w14:paraId="6188DD87" w14:textId="77777777" w:rsidR="00B000C3" w:rsidRDefault="00B000C3">
      <w:pPr>
        <w:spacing w:after="20"/>
      </w:pPr>
    </w:p>
    <w:p w14:paraId="5AA76FCA" w14:textId="77777777" w:rsidR="00B000C3" w:rsidRDefault="00000000">
      <w:pPr>
        <w:spacing w:before="160" w:after="60" w:line="240" w:lineRule="auto"/>
      </w:pPr>
      <w:r>
        <w:rPr>
          <w:rFonts w:ascii="Georgia" w:hAnsi="Georgia"/>
          <w:b/>
          <w:color w:val="17365D"/>
          <w:sz w:val="22"/>
        </w:rPr>
        <w:t>[Time]  |  [Activity / Program Element]</w:t>
      </w:r>
    </w:p>
    <w:p w14:paraId="647879DD" w14:textId="77777777" w:rsidR="00B000C3" w:rsidRDefault="00000000">
      <w:pPr>
        <w:spacing w:before="80" w:after="60" w:line="240" w:lineRule="auto"/>
      </w:pPr>
      <w:r>
        <w:rPr>
          <w:b/>
          <w:color w:val="C9A227"/>
          <w:sz w:val="17"/>
        </w:rPr>
        <w:t>RESPONSIBLE</w:t>
      </w:r>
    </w:p>
    <w:p w14:paraId="7CE7F92F" w14:textId="77777777" w:rsidR="00B000C3" w:rsidRDefault="00000000">
      <w:pPr>
        <w:spacing w:after="100" w:line="240" w:lineRule="auto"/>
      </w:pPr>
      <w:r>
        <w:rPr>
          <w:i/>
          <w:color w:val="666666"/>
        </w:rPr>
        <w:t>[Name / role / vendor responsible]</w:t>
      </w:r>
    </w:p>
    <w:p w14:paraId="6A4F8179" w14:textId="77777777" w:rsidR="00B000C3" w:rsidRDefault="00000000">
      <w:pPr>
        <w:spacing w:before="80" w:after="60" w:line="240" w:lineRule="auto"/>
      </w:pPr>
      <w:r>
        <w:rPr>
          <w:b/>
          <w:color w:val="C9A227"/>
          <w:sz w:val="17"/>
        </w:rPr>
        <w:t>EVENT DELIVERY NOTES</w:t>
      </w:r>
    </w:p>
    <w:p w14:paraId="0726F379" w14:textId="77777777" w:rsidR="00B000C3" w:rsidRDefault="00000000">
      <w:pPr>
        <w:spacing w:after="100" w:line="240" w:lineRule="auto"/>
      </w:pPr>
      <w:r>
        <w:rPr>
          <w:i/>
          <w:color w:val="666666"/>
        </w:rPr>
        <w:t>[Detailed actions, setup, timing, staffing, attendee flow, checks or other instructions required for this activity]</w:t>
      </w:r>
    </w:p>
    <w:p w14:paraId="7C572DBD" w14:textId="77777777" w:rsidR="00B000C3" w:rsidRDefault="00000000">
      <w:pPr>
        <w:spacing w:before="80" w:after="60" w:line="240" w:lineRule="auto"/>
      </w:pPr>
      <w:r>
        <w:rPr>
          <w:b/>
          <w:color w:val="C9A227"/>
          <w:sz w:val="17"/>
        </w:rPr>
        <w:t>REMARKS / SCRIPT — IF APPLICABLE</w:t>
      </w:r>
    </w:p>
    <w:p w14:paraId="3782A21F" w14:textId="77777777" w:rsidR="00B000C3" w:rsidRDefault="00000000">
      <w:pPr>
        <w:spacing w:after="100" w:line="240" w:lineRule="auto"/>
      </w:pPr>
      <w:r>
        <w:rPr>
          <w:i/>
          <w:color w:val="666666"/>
        </w:rPr>
        <w:t>[For MC, Keynote Speaker or Organization Representative / President when applicable. Add speaker name and photo where useful.]</w:t>
      </w:r>
    </w:p>
    <w:p w14:paraId="29925FD9" w14:textId="77777777" w:rsidR="00B000C3" w:rsidRDefault="00000000">
      <w:pPr>
        <w:spacing w:before="80" w:after="60" w:line="240" w:lineRule="auto"/>
      </w:pPr>
      <w:r>
        <w:rPr>
          <w:b/>
          <w:color w:val="C9A227"/>
          <w:sz w:val="17"/>
        </w:rPr>
        <w:t>AV NOTES — IF APPLICABLE</w:t>
      </w:r>
    </w:p>
    <w:p w14:paraId="6F73C07A" w14:textId="77777777" w:rsidR="00B000C3" w:rsidRDefault="00000000">
      <w:pPr>
        <w:spacing w:after="100" w:line="240" w:lineRule="auto"/>
      </w:pPr>
      <w:r>
        <w:rPr>
          <w:i/>
          <w:color w:val="666666"/>
        </w:rPr>
        <w:t>[Microphones, presentation, video, audio, screens, lighting or technical cues]</w:t>
      </w:r>
    </w:p>
    <w:p w14:paraId="46ABEE73" w14:textId="77777777" w:rsidR="00B000C3" w:rsidRDefault="00000000">
      <w:pPr>
        <w:spacing w:before="80" w:after="60" w:line="240" w:lineRule="auto"/>
      </w:pPr>
      <w:r>
        <w:rPr>
          <w:b/>
          <w:color w:val="C9A227"/>
          <w:sz w:val="17"/>
        </w:rPr>
        <w:t>PRODUCTION / STAGE NOTES — IF APPLICABLE</w:t>
      </w:r>
    </w:p>
    <w:p w14:paraId="4CE77B6E" w14:textId="77777777" w:rsidR="00B000C3" w:rsidRDefault="00000000">
      <w:pPr>
        <w:spacing w:after="100" w:line="240" w:lineRule="auto"/>
      </w:pPr>
      <w:r>
        <w:rPr>
          <w:i/>
          <w:color w:val="666666"/>
        </w:rPr>
        <w:t>[Walk-ons, stage movement, furniture, lighting, show-flow, photography or production cues]</w:t>
      </w:r>
    </w:p>
    <w:p w14:paraId="67771A01" w14:textId="77777777" w:rsidR="00B000C3" w:rsidRDefault="00000000">
      <w:pPr>
        <w:spacing w:before="80" w:after="60" w:line="240" w:lineRule="auto"/>
      </w:pPr>
      <w:r>
        <w:rPr>
          <w:b/>
          <w:color w:val="C9A227"/>
          <w:sz w:val="17"/>
        </w:rPr>
        <w:t>F&amp;B NOTES — IF APPLICABLE</w:t>
      </w:r>
    </w:p>
    <w:p w14:paraId="5F2D798B" w14:textId="77777777" w:rsidR="00B000C3" w:rsidRDefault="00000000">
      <w:pPr>
        <w:spacing w:after="100" w:line="240" w:lineRule="auto"/>
      </w:pPr>
      <w:r>
        <w:rPr>
          <w:i/>
          <w:color w:val="666666"/>
        </w:rPr>
        <w:t>[Meal/break setup, menu or dietary confirmation, service timing and other required F&amp;B details]</w:t>
      </w:r>
    </w:p>
    <w:p w14:paraId="6E9CB9E3" w14:textId="77777777" w:rsidR="00B000C3" w:rsidRDefault="00000000">
      <w:pPr>
        <w:spacing w:before="80" w:after="60" w:line="240" w:lineRule="auto"/>
      </w:pPr>
      <w:r>
        <w:rPr>
          <w:b/>
          <w:color w:val="C9A227"/>
          <w:sz w:val="17"/>
        </w:rPr>
        <w:t>SPONSORSHIP / BRANDING NOTES — IF APPLICABLE</w:t>
      </w:r>
    </w:p>
    <w:p w14:paraId="0D9424FE" w14:textId="77777777" w:rsidR="00B000C3" w:rsidRDefault="00000000">
      <w:pPr>
        <w:spacing w:after="100" w:line="240" w:lineRule="auto"/>
      </w:pPr>
      <w:r>
        <w:rPr>
          <w:i/>
          <w:color w:val="666666"/>
        </w:rPr>
        <w:t>[Contracted sponsor benefits, branding placement, recognition, activation or removal timing]</w:t>
      </w:r>
    </w:p>
    <w:p w14:paraId="075BCA91" w14:textId="77777777" w:rsidR="00B000C3" w:rsidRDefault="00000000">
      <w:pPr>
        <w:spacing w:after="100" w:line="240" w:lineRule="auto"/>
      </w:pPr>
      <w:r>
        <w:rPr>
          <w:i/>
          <w:color w:val="666666"/>
        </w:rPr>
        <w:t>[Duplicate the timed activity section as needed and continue in chronological order.]</w:t>
      </w:r>
    </w:p>
    <w:p w14:paraId="6776C92E" w14:textId="77777777" w:rsidR="00B000C3" w:rsidRDefault="00000000">
      <w:r>
        <w:br w:type="page"/>
      </w:r>
    </w:p>
    <w:p w14:paraId="5310E5DE" w14:textId="77777777" w:rsidR="00B000C3" w:rsidRDefault="00000000">
      <w:pPr>
        <w:spacing w:before="120" w:after="100" w:line="240" w:lineRule="auto"/>
      </w:pPr>
      <w:r>
        <w:rPr>
          <w:rFonts w:ascii="Georgia" w:hAnsi="Georgia"/>
          <w:b/>
          <w:color w:val="17365D"/>
          <w:sz w:val="30"/>
        </w:rPr>
        <w:lastRenderedPageBreak/>
        <w:t>Day 2 — [Date]</w:t>
      </w:r>
    </w:p>
    <w:p w14:paraId="4A4F4EAA" w14:textId="77777777" w:rsidR="00B000C3" w:rsidRDefault="00000000">
      <w:pPr>
        <w:spacing w:before="80" w:after="60" w:line="240" w:lineRule="auto"/>
      </w:pPr>
      <w:r>
        <w:rPr>
          <w:b/>
          <w:color w:val="C9A227"/>
          <w:sz w:val="17"/>
        </w:rPr>
        <w:t>PROGRAM AT A GLANCE</w:t>
      </w:r>
    </w:p>
    <w:p w14:paraId="5F89A181" w14:textId="77777777" w:rsidR="00B000C3" w:rsidRDefault="00000000">
      <w:pPr>
        <w:spacing w:after="80" w:line="240" w:lineRule="auto"/>
      </w:pPr>
      <w:r>
        <w:rPr>
          <w:i/>
          <w:color w:val="666666"/>
          <w:sz w:val="18"/>
        </w:rPr>
        <w:t>Quick orientation for the day. Keep this concise; the detailed delivery instructions follow.</w:t>
      </w:r>
    </w:p>
    <w:tbl>
      <w:tblPr>
        <w:tblStyle w:val="TableGrid"/>
        <w:tblW w:w="0" w:type="auto"/>
        <w:jc w:val="center"/>
        <w:tblLook w:val="04A0" w:firstRow="1" w:lastRow="0" w:firstColumn="1" w:lastColumn="0" w:noHBand="0" w:noVBand="1"/>
      </w:tblPr>
      <w:tblGrid>
        <w:gridCol w:w="2520"/>
        <w:gridCol w:w="2520"/>
        <w:gridCol w:w="2520"/>
        <w:gridCol w:w="2520"/>
      </w:tblGrid>
      <w:tr w:rsidR="00B000C3" w14:paraId="7C3419C0" w14:textId="77777777">
        <w:trPr>
          <w:tblHeader/>
          <w:jc w:val="center"/>
        </w:trPr>
        <w:tc>
          <w:tcPr>
            <w:tcW w:w="2520" w:type="dxa"/>
            <w:shd w:val="clear" w:color="auto" w:fill="17365D"/>
            <w:tcMar>
              <w:top w:w="80" w:type="dxa"/>
              <w:left w:w="100" w:type="dxa"/>
              <w:bottom w:w="80" w:type="dxa"/>
              <w:right w:w="100" w:type="dxa"/>
            </w:tcMar>
          </w:tcPr>
          <w:p w14:paraId="3E05B239" w14:textId="77777777" w:rsidR="00B000C3" w:rsidRDefault="00000000">
            <w:r>
              <w:rPr>
                <w:b/>
                <w:color w:val="FFFFFF"/>
                <w:sz w:val="16"/>
              </w:rPr>
              <w:t>Time</w:t>
            </w:r>
          </w:p>
        </w:tc>
        <w:tc>
          <w:tcPr>
            <w:tcW w:w="2520" w:type="dxa"/>
            <w:shd w:val="clear" w:color="auto" w:fill="17365D"/>
            <w:tcMar>
              <w:top w:w="80" w:type="dxa"/>
              <w:left w:w="100" w:type="dxa"/>
              <w:bottom w:w="80" w:type="dxa"/>
              <w:right w:w="100" w:type="dxa"/>
            </w:tcMar>
          </w:tcPr>
          <w:p w14:paraId="7B92FECF" w14:textId="77777777" w:rsidR="00B000C3" w:rsidRDefault="00000000">
            <w:r>
              <w:rPr>
                <w:b/>
                <w:color w:val="FFFFFF"/>
                <w:sz w:val="16"/>
              </w:rPr>
              <w:t>Program / Activity</w:t>
            </w:r>
          </w:p>
        </w:tc>
        <w:tc>
          <w:tcPr>
            <w:tcW w:w="2520" w:type="dxa"/>
            <w:shd w:val="clear" w:color="auto" w:fill="17365D"/>
            <w:tcMar>
              <w:top w:w="80" w:type="dxa"/>
              <w:left w:w="100" w:type="dxa"/>
              <w:bottom w:w="80" w:type="dxa"/>
              <w:right w:w="100" w:type="dxa"/>
            </w:tcMar>
          </w:tcPr>
          <w:p w14:paraId="51463DB0" w14:textId="77777777" w:rsidR="00B000C3" w:rsidRDefault="00000000">
            <w:r>
              <w:rPr>
                <w:b/>
                <w:color w:val="FFFFFF"/>
                <w:sz w:val="16"/>
              </w:rPr>
              <w:t>Location / Room</w:t>
            </w:r>
          </w:p>
        </w:tc>
        <w:tc>
          <w:tcPr>
            <w:tcW w:w="2520" w:type="dxa"/>
            <w:shd w:val="clear" w:color="auto" w:fill="17365D"/>
            <w:tcMar>
              <w:top w:w="80" w:type="dxa"/>
              <w:left w:w="100" w:type="dxa"/>
              <w:bottom w:w="80" w:type="dxa"/>
              <w:right w:w="100" w:type="dxa"/>
            </w:tcMar>
          </w:tcPr>
          <w:p w14:paraId="0EB977C3" w14:textId="77777777" w:rsidR="00B000C3" w:rsidRDefault="00000000">
            <w:r>
              <w:rPr>
                <w:b/>
                <w:color w:val="FFFFFF"/>
                <w:sz w:val="16"/>
              </w:rPr>
              <w:t>Key Speaker / Participant</w:t>
            </w:r>
          </w:p>
        </w:tc>
      </w:tr>
      <w:tr w:rsidR="00B000C3" w14:paraId="31D74306" w14:textId="77777777">
        <w:trPr>
          <w:jc w:val="center"/>
        </w:trPr>
        <w:tc>
          <w:tcPr>
            <w:tcW w:w="2520" w:type="dxa"/>
            <w:tcMar>
              <w:top w:w="80" w:type="dxa"/>
              <w:left w:w="100" w:type="dxa"/>
              <w:bottom w:w="80" w:type="dxa"/>
              <w:right w:w="100" w:type="dxa"/>
            </w:tcMar>
          </w:tcPr>
          <w:p w14:paraId="75CCD781" w14:textId="77777777" w:rsidR="00B000C3" w:rsidRDefault="00000000">
            <w:r>
              <w:rPr>
                <w:color w:val="666666"/>
                <w:sz w:val="16"/>
              </w:rPr>
              <w:t>[Enter]</w:t>
            </w:r>
          </w:p>
        </w:tc>
        <w:tc>
          <w:tcPr>
            <w:tcW w:w="2520" w:type="dxa"/>
            <w:tcMar>
              <w:top w:w="80" w:type="dxa"/>
              <w:left w:w="100" w:type="dxa"/>
              <w:bottom w:w="80" w:type="dxa"/>
              <w:right w:w="100" w:type="dxa"/>
            </w:tcMar>
          </w:tcPr>
          <w:p w14:paraId="4E745A56" w14:textId="77777777" w:rsidR="00B000C3" w:rsidRDefault="00000000">
            <w:r>
              <w:rPr>
                <w:color w:val="666666"/>
                <w:sz w:val="16"/>
              </w:rPr>
              <w:t>[Enter]</w:t>
            </w:r>
          </w:p>
        </w:tc>
        <w:tc>
          <w:tcPr>
            <w:tcW w:w="2520" w:type="dxa"/>
            <w:tcMar>
              <w:top w:w="80" w:type="dxa"/>
              <w:left w:w="100" w:type="dxa"/>
              <w:bottom w:w="80" w:type="dxa"/>
              <w:right w:w="100" w:type="dxa"/>
            </w:tcMar>
          </w:tcPr>
          <w:p w14:paraId="60BA736D" w14:textId="77777777" w:rsidR="00B000C3" w:rsidRDefault="00000000">
            <w:r>
              <w:rPr>
                <w:color w:val="666666"/>
                <w:sz w:val="16"/>
              </w:rPr>
              <w:t>[Enter]</w:t>
            </w:r>
          </w:p>
        </w:tc>
        <w:tc>
          <w:tcPr>
            <w:tcW w:w="2520" w:type="dxa"/>
            <w:tcMar>
              <w:top w:w="80" w:type="dxa"/>
              <w:left w:w="100" w:type="dxa"/>
              <w:bottom w:w="80" w:type="dxa"/>
              <w:right w:w="100" w:type="dxa"/>
            </w:tcMar>
          </w:tcPr>
          <w:p w14:paraId="6BEB02CC" w14:textId="77777777" w:rsidR="00B000C3" w:rsidRDefault="00000000">
            <w:r>
              <w:rPr>
                <w:color w:val="666666"/>
                <w:sz w:val="16"/>
              </w:rPr>
              <w:t>[Enter]</w:t>
            </w:r>
          </w:p>
        </w:tc>
      </w:tr>
      <w:tr w:rsidR="00B000C3" w14:paraId="4130D594" w14:textId="77777777">
        <w:trPr>
          <w:jc w:val="center"/>
        </w:trPr>
        <w:tc>
          <w:tcPr>
            <w:tcW w:w="2520" w:type="dxa"/>
            <w:tcMar>
              <w:top w:w="80" w:type="dxa"/>
              <w:left w:w="100" w:type="dxa"/>
              <w:bottom w:w="80" w:type="dxa"/>
              <w:right w:w="100" w:type="dxa"/>
            </w:tcMar>
          </w:tcPr>
          <w:p w14:paraId="2A32FAD9" w14:textId="77777777" w:rsidR="00B000C3" w:rsidRDefault="00000000">
            <w:r>
              <w:rPr>
                <w:color w:val="666666"/>
                <w:sz w:val="16"/>
              </w:rPr>
              <w:t>[Enter]</w:t>
            </w:r>
          </w:p>
        </w:tc>
        <w:tc>
          <w:tcPr>
            <w:tcW w:w="2520" w:type="dxa"/>
            <w:tcMar>
              <w:top w:w="80" w:type="dxa"/>
              <w:left w:w="100" w:type="dxa"/>
              <w:bottom w:w="80" w:type="dxa"/>
              <w:right w:w="100" w:type="dxa"/>
            </w:tcMar>
          </w:tcPr>
          <w:p w14:paraId="00CE1D1E" w14:textId="77777777" w:rsidR="00B000C3" w:rsidRDefault="00000000">
            <w:r>
              <w:rPr>
                <w:color w:val="666666"/>
                <w:sz w:val="16"/>
              </w:rPr>
              <w:t>[Enter]</w:t>
            </w:r>
          </w:p>
        </w:tc>
        <w:tc>
          <w:tcPr>
            <w:tcW w:w="2520" w:type="dxa"/>
            <w:tcMar>
              <w:top w:w="80" w:type="dxa"/>
              <w:left w:w="100" w:type="dxa"/>
              <w:bottom w:w="80" w:type="dxa"/>
              <w:right w:w="100" w:type="dxa"/>
            </w:tcMar>
          </w:tcPr>
          <w:p w14:paraId="7E3FC9E8" w14:textId="77777777" w:rsidR="00B000C3" w:rsidRDefault="00000000">
            <w:r>
              <w:rPr>
                <w:color w:val="666666"/>
                <w:sz w:val="16"/>
              </w:rPr>
              <w:t>[Enter]</w:t>
            </w:r>
          </w:p>
        </w:tc>
        <w:tc>
          <w:tcPr>
            <w:tcW w:w="2520" w:type="dxa"/>
            <w:tcMar>
              <w:top w:w="80" w:type="dxa"/>
              <w:left w:w="100" w:type="dxa"/>
              <w:bottom w:w="80" w:type="dxa"/>
              <w:right w:w="100" w:type="dxa"/>
            </w:tcMar>
          </w:tcPr>
          <w:p w14:paraId="7031CA75" w14:textId="77777777" w:rsidR="00B000C3" w:rsidRDefault="00000000">
            <w:r>
              <w:rPr>
                <w:color w:val="666666"/>
                <w:sz w:val="16"/>
              </w:rPr>
              <w:t>[Enter]</w:t>
            </w:r>
          </w:p>
        </w:tc>
      </w:tr>
      <w:tr w:rsidR="00B000C3" w14:paraId="66034E52" w14:textId="77777777">
        <w:trPr>
          <w:jc w:val="center"/>
        </w:trPr>
        <w:tc>
          <w:tcPr>
            <w:tcW w:w="2520" w:type="dxa"/>
            <w:tcMar>
              <w:top w:w="80" w:type="dxa"/>
              <w:left w:w="100" w:type="dxa"/>
              <w:bottom w:w="80" w:type="dxa"/>
              <w:right w:w="100" w:type="dxa"/>
            </w:tcMar>
          </w:tcPr>
          <w:p w14:paraId="097E57F9" w14:textId="77777777" w:rsidR="00B000C3" w:rsidRDefault="00000000">
            <w:r>
              <w:rPr>
                <w:color w:val="666666"/>
                <w:sz w:val="16"/>
              </w:rPr>
              <w:t>[Enter]</w:t>
            </w:r>
          </w:p>
        </w:tc>
        <w:tc>
          <w:tcPr>
            <w:tcW w:w="2520" w:type="dxa"/>
            <w:tcMar>
              <w:top w:w="80" w:type="dxa"/>
              <w:left w:w="100" w:type="dxa"/>
              <w:bottom w:w="80" w:type="dxa"/>
              <w:right w:w="100" w:type="dxa"/>
            </w:tcMar>
          </w:tcPr>
          <w:p w14:paraId="4F01B0B1" w14:textId="77777777" w:rsidR="00B000C3" w:rsidRDefault="00000000">
            <w:r>
              <w:rPr>
                <w:color w:val="666666"/>
                <w:sz w:val="16"/>
              </w:rPr>
              <w:t>[Enter]</w:t>
            </w:r>
          </w:p>
        </w:tc>
        <w:tc>
          <w:tcPr>
            <w:tcW w:w="2520" w:type="dxa"/>
            <w:tcMar>
              <w:top w:w="80" w:type="dxa"/>
              <w:left w:w="100" w:type="dxa"/>
              <w:bottom w:w="80" w:type="dxa"/>
              <w:right w:w="100" w:type="dxa"/>
            </w:tcMar>
          </w:tcPr>
          <w:p w14:paraId="0EE449D9" w14:textId="77777777" w:rsidR="00B000C3" w:rsidRDefault="00000000">
            <w:r>
              <w:rPr>
                <w:color w:val="666666"/>
                <w:sz w:val="16"/>
              </w:rPr>
              <w:t>[Enter]</w:t>
            </w:r>
          </w:p>
        </w:tc>
        <w:tc>
          <w:tcPr>
            <w:tcW w:w="2520" w:type="dxa"/>
            <w:tcMar>
              <w:top w:w="80" w:type="dxa"/>
              <w:left w:w="100" w:type="dxa"/>
              <w:bottom w:w="80" w:type="dxa"/>
              <w:right w:w="100" w:type="dxa"/>
            </w:tcMar>
          </w:tcPr>
          <w:p w14:paraId="66F1D19C" w14:textId="77777777" w:rsidR="00B000C3" w:rsidRDefault="00000000">
            <w:r>
              <w:rPr>
                <w:color w:val="666666"/>
                <w:sz w:val="16"/>
              </w:rPr>
              <w:t>[Enter]</w:t>
            </w:r>
          </w:p>
        </w:tc>
      </w:tr>
      <w:tr w:rsidR="00B000C3" w14:paraId="3C46DE8F" w14:textId="77777777">
        <w:trPr>
          <w:jc w:val="center"/>
        </w:trPr>
        <w:tc>
          <w:tcPr>
            <w:tcW w:w="2520" w:type="dxa"/>
            <w:tcMar>
              <w:top w:w="80" w:type="dxa"/>
              <w:left w:w="100" w:type="dxa"/>
              <w:bottom w:w="80" w:type="dxa"/>
              <w:right w:w="100" w:type="dxa"/>
            </w:tcMar>
          </w:tcPr>
          <w:p w14:paraId="27E09B46" w14:textId="77777777" w:rsidR="00B000C3" w:rsidRDefault="00000000">
            <w:r>
              <w:rPr>
                <w:color w:val="666666"/>
                <w:sz w:val="16"/>
              </w:rPr>
              <w:t>[Enter]</w:t>
            </w:r>
          </w:p>
        </w:tc>
        <w:tc>
          <w:tcPr>
            <w:tcW w:w="2520" w:type="dxa"/>
            <w:tcMar>
              <w:top w:w="80" w:type="dxa"/>
              <w:left w:w="100" w:type="dxa"/>
              <w:bottom w:w="80" w:type="dxa"/>
              <w:right w:w="100" w:type="dxa"/>
            </w:tcMar>
          </w:tcPr>
          <w:p w14:paraId="6EB18D17" w14:textId="77777777" w:rsidR="00B000C3" w:rsidRDefault="00000000">
            <w:r>
              <w:rPr>
                <w:color w:val="666666"/>
                <w:sz w:val="16"/>
              </w:rPr>
              <w:t>[Enter]</w:t>
            </w:r>
          </w:p>
        </w:tc>
        <w:tc>
          <w:tcPr>
            <w:tcW w:w="2520" w:type="dxa"/>
            <w:tcMar>
              <w:top w:w="80" w:type="dxa"/>
              <w:left w:w="100" w:type="dxa"/>
              <w:bottom w:w="80" w:type="dxa"/>
              <w:right w:w="100" w:type="dxa"/>
            </w:tcMar>
          </w:tcPr>
          <w:p w14:paraId="2C7EA231" w14:textId="77777777" w:rsidR="00B000C3" w:rsidRDefault="00000000">
            <w:r>
              <w:rPr>
                <w:color w:val="666666"/>
                <w:sz w:val="16"/>
              </w:rPr>
              <w:t>[Enter]</w:t>
            </w:r>
          </w:p>
        </w:tc>
        <w:tc>
          <w:tcPr>
            <w:tcW w:w="2520" w:type="dxa"/>
            <w:tcMar>
              <w:top w:w="80" w:type="dxa"/>
              <w:left w:w="100" w:type="dxa"/>
              <w:bottom w:w="80" w:type="dxa"/>
              <w:right w:w="100" w:type="dxa"/>
            </w:tcMar>
          </w:tcPr>
          <w:p w14:paraId="11210EF1" w14:textId="77777777" w:rsidR="00B000C3" w:rsidRDefault="00000000">
            <w:r>
              <w:rPr>
                <w:color w:val="666666"/>
                <w:sz w:val="16"/>
              </w:rPr>
              <w:t>[Enter]</w:t>
            </w:r>
          </w:p>
        </w:tc>
      </w:tr>
      <w:tr w:rsidR="00B000C3" w14:paraId="1547720F" w14:textId="77777777">
        <w:trPr>
          <w:jc w:val="center"/>
        </w:trPr>
        <w:tc>
          <w:tcPr>
            <w:tcW w:w="2520" w:type="dxa"/>
            <w:tcMar>
              <w:top w:w="80" w:type="dxa"/>
              <w:left w:w="100" w:type="dxa"/>
              <w:bottom w:w="80" w:type="dxa"/>
              <w:right w:w="100" w:type="dxa"/>
            </w:tcMar>
          </w:tcPr>
          <w:p w14:paraId="05D4F7D5" w14:textId="77777777" w:rsidR="00B000C3" w:rsidRDefault="00000000">
            <w:r>
              <w:rPr>
                <w:color w:val="666666"/>
                <w:sz w:val="16"/>
              </w:rPr>
              <w:t>[Enter]</w:t>
            </w:r>
          </w:p>
        </w:tc>
        <w:tc>
          <w:tcPr>
            <w:tcW w:w="2520" w:type="dxa"/>
            <w:tcMar>
              <w:top w:w="80" w:type="dxa"/>
              <w:left w:w="100" w:type="dxa"/>
              <w:bottom w:w="80" w:type="dxa"/>
              <w:right w:w="100" w:type="dxa"/>
            </w:tcMar>
          </w:tcPr>
          <w:p w14:paraId="56345EB9" w14:textId="77777777" w:rsidR="00B000C3" w:rsidRDefault="00000000">
            <w:r>
              <w:rPr>
                <w:color w:val="666666"/>
                <w:sz w:val="16"/>
              </w:rPr>
              <w:t>[Enter]</w:t>
            </w:r>
          </w:p>
        </w:tc>
        <w:tc>
          <w:tcPr>
            <w:tcW w:w="2520" w:type="dxa"/>
            <w:tcMar>
              <w:top w:w="80" w:type="dxa"/>
              <w:left w:w="100" w:type="dxa"/>
              <w:bottom w:w="80" w:type="dxa"/>
              <w:right w:w="100" w:type="dxa"/>
            </w:tcMar>
          </w:tcPr>
          <w:p w14:paraId="3222CFD3" w14:textId="77777777" w:rsidR="00B000C3" w:rsidRDefault="00000000">
            <w:r>
              <w:rPr>
                <w:color w:val="666666"/>
                <w:sz w:val="16"/>
              </w:rPr>
              <w:t>[Enter]</w:t>
            </w:r>
          </w:p>
        </w:tc>
        <w:tc>
          <w:tcPr>
            <w:tcW w:w="2520" w:type="dxa"/>
            <w:tcMar>
              <w:top w:w="80" w:type="dxa"/>
              <w:left w:w="100" w:type="dxa"/>
              <w:bottom w:w="80" w:type="dxa"/>
              <w:right w:w="100" w:type="dxa"/>
            </w:tcMar>
          </w:tcPr>
          <w:p w14:paraId="7C8BABB6" w14:textId="77777777" w:rsidR="00B000C3" w:rsidRDefault="00000000">
            <w:r>
              <w:rPr>
                <w:color w:val="666666"/>
                <w:sz w:val="16"/>
              </w:rPr>
              <w:t>[Enter]</w:t>
            </w:r>
          </w:p>
        </w:tc>
      </w:tr>
      <w:tr w:rsidR="00B000C3" w14:paraId="49223F62" w14:textId="77777777">
        <w:trPr>
          <w:jc w:val="center"/>
        </w:trPr>
        <w:tc>
          <w:tcPr>
            <w:tcW w:w="2520" w:type="dxa"/>
            <w:tcMar>
              <w:top w:w="80" w:type="dxa"/>
              <w:left w:w="100" w:type="dxa"/>
              <w:bottom w:w="80" w:type="dxa"/>
              <w:right w:w="100" w:type="dxa"/>
            </w:tcMar>
          </w:tcPr>
          <w:p w14:paraId="70EF768C" w14:textId="77777777" w:rsidR="00B000C3" w:rsidRDefault="00000000">
            <w:r>
              <w:rPr>
                <w:color w:val="666666"/>
                <w:sz w:val="16"/>
              </w:rPr>
              <w:t>[Enter]</w:t>
            </w:r>
          </w:p>
        </w:tc>
        <w:tc>
          <w:tcPr>
            <w:tcW w:w="2520" w:type="dxa"/>
            <w:tcMar>
              <w:top w:w="80" w:type="dxa"/>
              <w:left w:w="100" w:type="dxa"/>
              <w:bottom w:w="80" w:type="dxa"/>
              <w:right w:w="100" w:type="dxa"/>
            </w:tcMar>
          </w:tcPr>
          <w:p w14:paraId="2DA3D58B" w14:textId="77777777" w:rsidR="00B000C3" w:rsidRDefault="00000000">
            <w:r>
              <w:rPr>
                <w:color w:val="666666"/>
                <w:sz w:val="16"/>
              </w:rPr>
              <w:t>[Enter]</w:t>
            </w:r>
          </w:p>
        </w:tc>
        <w:tc>
          <w:tcPr>
            <w:tcW w:w="2520" w:type="dxa"/>
            <w:tcMar>
              <w:top w:w="80" w:type="dxa"/>
              <w:left w:w="100" w:type="dxa"/>
              <w:bottom w:w="80" w:type="dxa"/>
              <w:right w:w="100" w:type="dxa"/>
            </w:tcMar>
          </w:tcPr>
          <w:p w14:paraId="0143F291" w14:textId="77777777" w:rsidR="00B000C3" w:rsidRDefault="00000000">
            <w:r>
              <w:rPr>
                <w:color w:val="666666"/>
                <w:sz w:val="16"/>
              </w:rPr>
              <w:t>[Enter]</w:t>
            </w:r>
          </w:p>
        </w:tc>
        <w:tc>
          <w:tcPr>
            <w:tcW w:w="2520" w:type="dxa"/>
            <w:tcMar>
              <w:top w:w="80" w:type="dxa"/>
              <w:left w:w="100" w:type="dxa"/>
              <w:bottom w:w="80" w:type="dxa"/>
              <w:right w:w="100" w:type="dxa"/>
            </w:tcMar>
          </w:tcPr>
          <w:p w14:paraId="26BD5994" w14:textId="77777777" w:rsidR="00B000C3" w:rsidRDefault="00000000">
            <w:r>
              <w:rPr>
                <w:color w:val="666666"/>
                <w:sz w:val="16"/>
              </w:rPr>
              <w:t>[Enter]</w:t>
            </w:r>
          </w:p>
        </w:tc>
      </w:tr>
      <w:tr w:rsidR="00B000C3" w14:paraId="06889208" w14:textId="77777777">
        <w:trPr>
          <w:jc w:val="center"/>
        </w:trPr>
        <w:tc>
          <w:tcPr>
            <w:tcW w:w="2520" w:type="dxa"/>
            <w:tcMar>
              <w:top w:w="80" w:type="dxa"/>
              <w:left w:w="100" w:type="dxa"/>
              <w:bottom w:w="80" w:type="dxa"/>
              <w:right w:w="100" w:type="dxa"/>
            </w:tcMar>
          </w:tcPr>
          <w:p w14:paraId="41E675EB" w14:textId="77777777" w:rsidR="00B000C3" w:rsidRDefault="00000000">
            <w:r>
              <w:rPr>
                <w:color w:val="666666"/>
                <w:sz w:val="16"/>
              </w:rPr>
              <w:t>[Enter]</w:t>
            </w:r>
          </w:p>
        </w:tc>
        <w:tc>
          <w:tcPr>
            <w:tcW w:w="2520" w:type="dxa"/>
            <w:tcMar>
              <w:top w:w="80" w:type="dxa"/>
              <w:left w:w="100" w:type="dxa"/>
              <w:bottom w:w="80" w:type="dxa"/>
              <w:right w:w="100" w:type="dxa"/>
            </w:tcMar>
          </w:tcPr>
          <w:p w14:paraId="41469C53" w14:textId="77777777" w:rsidR="00B000C3" w:rsidRDefault="00000000">
            <w:r>
              <w:rPr>
                <w:color w:val="666666"/>
                <w:sz w:val="16"/>
              </w:rPr>
              <w:t>[Enter]</w:t>
            </w:r>
          </w:p>
        </w:tc>
        <w:tc>
          <w:tcPr>
            <w:tcW w:w="2520" w:type="dxa"/>
            <w:tcMar>
              <w:top w:w="80" w:type="dxa"/>
              <w:left w:w="100" w:type="dxa"/>
              <w:bottom w:w="80" w:type="dxa"/>
              <w:right w:w="100" w:type="dxa"/>
            </w:tcMar>
          </w:tcPr>
          <w:p w14:paraId="4CE801D4" w14:textId="77777777" w:rsidR="00B000C3" w:rsidRDefault="00000000">
            <w:r>
              <w:rPr>
                <w:color w:val="666666"/>
                <w:sz w:val="16"/>
              </w:rPr>
              <w:t>[Enter]</w:t>
            </w:r>
          </w:p>
        </w:tc>
        <w:tc>
          <w:tcPr>
            <w:tcW w:w="2520" w:type="dxa"/>
            <w:tcMar>
              <w:top w:w="80" w:type="dxa"/>
              <w:left w:w="100" w:type="dxa"/>
              <w:bottom w:w="80" w:type="dxa"/>
              <w:right w:w="100" w:type="dxa"/>
            </w:tcMar>
          </w:tcPr>
          <w:p w14:paraId="7B9B0E82" w14:textId="77777777" w:rsidR="00B000C3" w:rsidRDefault="00000000">
            <w:r>
              <w:rPr>
                <w:color w:val="666666"/>
                <w:sz w:val="16"/>
              </w:rPr>
              <w:t>[Enter]</w:t>
            </w:r>
          </w:p>
        </w:tc>
      </w:tr>
      <w:tr w:rsidR="00B000C3" w14:paraId="452E4E76" w14:textId="77777777">
        <w:trPr>
          <w:jc w:val="center"/>
        </w:trPr>
        <w:tc>
          <w:tcPr>
            <w:tcW w:w="2520" w:type="dxa"/>
            <w:tcMar>
              <w:top w:w="80" w:type="dxa"/>
              <w:left w:w="100" w:type="dxa"/>
              <w:bottom w:w="80" w:type="dxa"/>
              <w:right w:w="100" w:type="dxa"/>
            </w:tcMar>
          </w:tcPr>
          <w:p w14:paraId="4056F9AC" w14:textId="77777777" w:rsidR="00B000C3" w:rsidRDefault="00000000">
            <w:r>
              <w:rPr>
                <w:color w:val="666666"/>
                <w:sz w:val="16"/>
              </w:rPr>
              <w:t>[Enter]</w:t>
            </w:r>
          </w:p>
        </w:tc>
        <w:tc>
          <w:tcPr>
            <w:tcW w:w="2520" w:type="dxa"/>
            <w:tcMar>
              <w:top w:w="80" w:type="dxa"/>
              <w:left w:w="100" w:type="dxa"/>
              <w:bottom w:w="80" w:type="dxa"/>
              <w:right w:w="100" w:type="dxa"/>
            </w:tcMar>
          </w:tcPr>
          <w:p w14:paraId="63B5213C" w14:textId="77777777" w:rsidR="00B000C3" w:rsidRDefault="00000000">
            <w:r>
              <w:rPr>
                <w:color w:val="666666"/>
                <w:sz w:val="16"/>
              </w:rPr>
              <w:t>[Enter]</w:t>
            </w:r>
          </w:p>
        </w:tc>
        <w:tc>
          <w:tcPr>
            <w:tcW w:w="2520" w:type="dxa"/>
            <w:tcMar>
              <w:top w:w="80" w:type="dxa"/>
              <w:left w:w="100" w:type="dxa"/>
              <w:bottom w:w="80" w:type="dxa"/>
              <w:right w:w="100" w:type="dxa"/>
            </w:tcMar>
          </w:tcPr>
          <w:p w14:paraId="36C8EE43" w14:textId="77777777" w:rsidR="00B000C3" w:rsidRDefault="00000000">
            <w:r>
              <w:rPr>
                <w:color w:val="666666"/>
                <w:sz w:val="16"/>
              </w:rPr>
              <w:t>[Enter]</w:t>
            </w:r>
          </w:p>
        </w:tc>
        <w:tc>
          <w:tcPr>
            <w:tcW w:w="2520" w:type="dxa"/>
            <w:tcMar>
              <w:top w:w="80" w:type="dxa"/>
              <w:left w:w="100" w:type="dxa"/>
              <w:bottom w:w="80" w:type="dxa"/>
              <w:right w:w="100" w:type="dxa"/>
            </w:tcMar>
          </w:tcPr>
          <w:p w14:paraId="556956A8" w14:textId="77777777" w:rsidR="00B000C3" w:rsidRDefault="00000000">
            <w:r>
              <w:rPr>
                <w:color w:val="666666"/>
                <w:sz w:val="16"/>
              </w:rPr>
              <w:t>[Enter]</w:t>
            </w:r>
          </w:p>
        </w:tc>
      </w:tr>
      <w:tr w:rsidR="00B000C3" w14:paraId="0578EF7B" w14:textId="77777777">
        <w:trPr>
          <w:jc w:val="center"/>
        </w:trPr>
        <w:tc>
          <w:tcPr>
            <w:tcW w:w="2520" w:type="dxa"/>
            <w:tcMar>
              <w:top w:w="80" w:type="dxa"/>
              <w:left w:w="100" w:type="dxa"/>
              <w:bottom w:w="80" w:type="dxa"/>
              <w:right w:w="100" w:type="dxa"/>
            </w:tcMar>
          </w:tcPr>
          <w:p w14:paraId="1C84E022" w14:textId="77777777" w:rsidR="00B000C3" w:rsidRDefault="00000000">
            <w:r>
              <w:rPr>
                <w:color w:val="666666"/>
                <w:sz w:val="16"/>
              </w:rPr>
              <w:t>[Enter]</w:t>
            </w:r>
          </w:p>
        </w:tc>
        <w:tc>
          <w:tcPr>
            <w:tcW w:w="2520" w:type="dxa"/>
            <w:tcMar>
              <w:top w:w="80" w:type="dxa"/>
              <w:left w:w="100" w:type="dxa"/>
              <w:bottom w:w="80" w:type="dxa"/>
              <w:right w:w="100" w:type="dxa"/>
            </w:tcMar>
          </w:tcPr>
          <w:p w14:paraId="309734F8" w14:textId="77777777" w:rsidR="00B000C3" w:rsidRDefault="00000000">
            <w:r>
              <w:rPr>
                <w:color w:val="666666"/>
                <w:sz w:val="16"/>
              </w:rPr>
              <w:t>[Enter]</w:t>
            </w:r>
          </w:p>
        </w:tc>
        <w:tc>
          <w:tcPr>
            <w:tcW w:w="2520" w:type="dxa"/>
            <w:tcMar>
              <w:top w:w="80" w:type="dxa"/>
              <w:left w:w="100" w:type="dxa"/>
              <w:bottom w:w="80" w:type="dxa"/>
              <w:right w:w="100" w:type="dxa"/>
            </w:tcMar>
          </w:tcPr>
          <w:p w14:paraId="33D7E5E9" w14:textId="77777777" w:rsidR="00B000C3" w:rsidRDefault="00000000">
            <w:r>
              <w:rPr>
                <w:color w:val="666666"/>
                <w:sz w:val="16"/>
              </w:rPr>
              <w:t>[Enter]</w:t>
            </w:r>
          </w:p>
        </w:tc>
        <w:tc>
          <w:tcPr>
            <w:tcW w:w="2520" w:type="dxa"/>
            <w:tcMar>
              <w:top w:w="80" w:type="dxa"/>
              <w:left w:w="100" w:type="dxa"/>
              <w:bottom w:w="80" w:type="dxa"/>
              <w:right w:w="100" w:type="dxa"/>
            </w:tcMar>
          </w:tcPr>
          <w:p w14:paraId="7C9BF0FC" w14:textId="77777777" w:rsidR="00B000C3" w:rsidRDefault="00000000">
            <w:r>
              <w:rPr>
                <w:color w:val="666666"/>
                <w:sz w:val="16"/>
              </w:rPr>
              <w:t>[Enter]</w:t>
            </w:r>
          </w:p>
        </w:tc>
      </w:tr>
    </w:tbl>
    <w:p w14:paraId="34FCB119" w14:textId="77777777" w:rsidR="00E342A6" w:rsidRDefault="00E342A6">
      <w:pPr>
        <w:spacing w:before="120" w:after="100" w:line="240" w:lineRule="auto"/>
        <w:rPr>
          <w:rFonts w:ascii="Georgia" w:hAnsi="Georgia"/>
          <w:b/>
          <w:color w:val="17365D"/>
          <w:sz w:val="30"/>
        </w:rPr>
      </w:pPr>
    </w:p>
    <w:p w14:paraId="1A99F16C" w14:textId="77777777" w:rsidR="00E342A6" w:rsidRDefault="00E342A6">
      <w:pPr>
        <w:spacing w:before="120" w:after="100" w:line="240" w:lineRule="auto"/>
        <w:rPr>
          <w:rFonts w:ascii="Georgia" w:hAnsi="Georgia"/>
          <w:b/>
          <w:color w:val="17365D"/>
          <w:sz w:val="30"/>
        </w:rPr>
      </w:pPr>
    </w:p>
    <w:p w14:paraId="1B055C5D" w14:textId="77777777" w:rsidR="00E342A6" w:rsidRDefault="00E342A6">
      <w:pPr>
        <w:spacing w:before="120" w:after="100" w:line="240" w:lineRule="auto"/>
        <w:rPr>
          <w:rFonts w:ascii="Georgia" w:hAnsi="Georgia"/>
          <w:b/>
          <w:color w:val="17365D"/>
          <w:sz w:val="30"/>
        </w:rPr>
      </w:pPr>
    </w:p>
    <w:p w14:paraId="648BDBE8" w14:textId="77777777" w:rsidR="00E342A6" w:rsidRDefault="00E342A6">
      <w:pPr>
        <w:spacing w:before="120" w:after="100" w:line="240" w:lineRule="auto"/>
        <w:rPr>
          <w:rFonts w:ascii="Georgia" w:hAnsi="Georgia"/>
          <w:b/>
          <w:color w:val="17365D"/>
          <w:sz w:val="30"/>
        </w:rPr>
      </w:pPr>
    </w:p>
    <w:p w14:paraId="286BE09A" w14:textId="77777777" w:rsidR="00E342A6" w:rsidRDefault="00E342A6">
      <w:pPr>
        <w:spacing w:before="120" w:after="100" w:line="240" w:lineRule="auto"/>
        <w:rPr>
          <w:rFonts w:ascii="Georgia" w:hAnsi="Georgia"/>
          <w:b/>
          <w:color w:val="17365D"/>
          <w:sz w:val="30"/>
        </w:rPr>
      </w:pPr>
    </w:p>
    <w:p w14:paraId="4B95FF6B" w14:textId="77777777" w:rsidR="00E342A6" w:rsidRDefault="00E342A6">
      <w:pPr>
        <w:spacing w:before="120" w:after="100" w:line="240" w:lineRule="auto"/>
        <w:rPr>
          <w:rFonts w:ascii="Georgia" w:hAnsi="Georgia"/>
          <w:b/>
          <w:color w:val="17365D"/>
          <w:sz w:val="30"/>
        </w:rPr>
      </w:pPr>
    </w:p>
    <w:p w14:paraId="156E2677" w14:textId="77777777" w:rsidR="00E342A6" w:rsidRDefault="00E342A6">
      <w:pPr>
        <w:spacing w:before="120" w:after="100" w:line="240" w:lineRule="auto"/>
        <w:rPr>
          <w:rFonts w:ascii="Georgia" w:hAnsi="Georgia"/>
          <w:b/>
          <w:color w:val="17365D"/>
          <w:sz w:val="30"/>
        </w:rPr>
      </w:pPr>
    </w:p>
    <w:p w14:paraId="7D49ABCD" w14:textId="77777777" w:rsidR="00E342A6" w:rsidRDefault="00E342A6">
      <w:pPr>
        <w:spacing w:before="120" w:after="100" w:line="240" w:lineRule="auto"/>
        <w:rPr>
          <w:rFonts w:ascii="Georgia" w:hAnsi="Georgia"/>
          <w:b/>
          <w:color w:val="17365D"/>
          <w:sz w:val="30"/>
        </w:rPr>
      </w:pPr>
    </w:p>
    <w:p w14:paraId="4E521AE3" w14:textId="77777777" w:rsidR="00E342A6" w:rsidRDefault="00E342A6">
      <w:pPr>
        <w:spacing w:before="120" w:after="100" w:line="240" w:lineRule="auto"/>
        <w:rPr>
          <w:rFonts w:ascii="Georgia" w:hAnsi="Georgia"/>
          <w:b/>
          <w:color w:val="17365D"/>
          <w:sz w:val="30"/>
        </w:rPr>
      </w:pPr>
    </w:p>
    <w:p w14:paraId="7322E1D7" w14:textId="77777777" w:rsidR="00E342A6" w:rsidRDefault="00E342A6">
      <w:pPr>
        <w:spacing w:before="120" w:after="100" w:line="240" w:lineRule="auto"/>
        <w:rPr>
          <w:rFonts w:ascii="Georgia" w:hAnsi="Georgia"/>
          <w:b/>
          <w:color w:val="17365D"/>
          <w:sz w:val="30"/>
        </w:rPr>
      </w:pPr>
    </w:p>
    <w:p w14:paraId="33CEE69F" w14:textId="77777777" w:rsidR="00E342A6" w:rsidRDefault="00E342A6">
      <w:pPr>
        <w:spacing w:before="120" w:after="100" w:line="240" w:lineRule="auto"/>
        <w:rPr>
          <w:rFonts w:ascii="Georgia" w:hAnsi="Georgia"/>
          <w:b/>
          <w:color w:val="17365D"/>
          <w:sz w:val="30"/>
        </w:rPr>
      </w:pPr>
    </w:p>
    <w:p w14:paraId="6DA5144D" w14:textId="77777777" w:rsidR="00E342A6" w:rsidRDefault="00E342A6">
      <w:pPr>
        <w:spacing w:before="120" w:after="100" w:line="240" w:lineRule="auto"/>
        <w:rPr>
          <w:rFonts w:ascii="Georgia" w:hAnsi="Georgia"/>
          <w:b/>
          <w:color w:val="17365D"/>
          <w:sz w:val="30"/>
        </w:rPr>
      </w:pPr>
    </w:p>
    <w:p w14:paraId="75DDF3ED" w14:textId="77777777" w:rsidR="00E342A6" w:rsidRDefault="00E342A6">
      <w:pPr>
        <w:spacing w:before="120" w:after="100" w:line="240" w:lineRule="auto"/>
        <w:rPr>
          <w:rFonts w:ascii="Georgia" w:hAnsi="Georgia"/>
          <w:b/>
          <w:color w:val="17365D"/>
          <w:sz w:val="30"/>
        </w:rPr>
      </w:pPr>
    </w:p>
    <w:p w14:paraId="64B31271" w14:textId="77777777" w:rsidR="00E342A6" w:rsidRDefault="00E342A6">
      <w:pPr>
        <w:spacing w:before="120" w:after="100" w:line="240" w:lineRule="auto"/>
        <w:rPr>
          <w:rFonts w:ascii="Georgia" w:hAnsi="Georgia"/>
          <w:b/>
          <w:color w:val="17365D"/>
          <w:sz w:val="30"/>
        </w:rPr>
      </w:pPr>
    </w:p>
    <w:p w14:paraId="1545D2FA" w14:textId="77777777" w:rsidR="00E342A6" w:rsidRDefault="00E342A6">
      <w:pPr>
        <w:spacing w:before="120" w:after="100" w:line="240" w:lineRule="auto"/>
        <w:rPr>
          <w:rFonts w:ascii="Georgia" w:hAnsi="Georgia"/>
          <w:b/>
          <w:color w:val="17365D"/>
          <w:sz w:val="30"/>
        </w:rPr>
      </w:pPr>
    </w:p>
    <w:p w14:paraId="5B1348AB" w14:textId="77777777" w:rsidR="00E342A6" w:rsidRDefault="00E342A6">
      <w:pPr>
        <w:spacing w:before="120" w:after="100" w:line="240" w:lineRule="auto"/>
        <w:rPr>
          <w:rFonts w:ascii="Georgia" w:hAnsi="Georgia"/>
          <w:b/>
          <w:color w:val="17365D"/>
          <w:sz w:val="30"/>
        </w:rPr>
      </w:pPr>
    </w:p>
    <w:p w14:paraId="28DC98F5" w14:textId="77777777" w:rsidR="00E342A6" w:rsidRDefault="00E342A6">
      <w:pPr>
        <w:spacing w:before="120" w:after="100" w:line="240" w:lineRule="auto"/>
        <w:rPr>
          <w:rFonts w:ascii="Georgia" w:hAnsi="Georgia"/>
          <w:b/>
          <w:color w:val="17365D"/>
          <w:sz w:val="30"/>
        </w:rPr>
      </w:pPr>
    </w:p>
    <w:p w14:paraId="2E6D5580" w14:textId="77777777" w:rsidR="00E342A6" w:rsidRDefault="00E342A6">
      <w:pPr>
        <w:spacing w:before="120" w:after="100" w:line="240" w:lineRule="auto"/>
        <w:rPr>
          <w:rFonts w:ascii="Georgia" w:hAnsi="Georgia"/>
          <w:b/>
          <w:color w:val="17365D"/>
          <w:sz w:val="30"/>
        </w:rPr>
      </w:pPr>
    </w:p>
    <w:p w14:paraId="49EAC9CA" w14:textId="77777777" w:rsidR="00E342A6" w:rsidRDefault="00E342A6">
      <w:pPr>
        <w:spacing w:before="120" w:after="100" w:line="240" w:lineRule="auto"/>
        <w:rPr>
          <w:rFonts w:ascii="Georgia" w:hAnsi="Georgia"/>
          <w:b/>
          <w:color w:val="17365D"/>
          <w:sz w:val="30"/>
        </w:rPr>
      </w:pPr>
    </w:p>
    <w:p w14:paraId="3A8712F3" w14:textId="77777777" w:rsidR="00E342A6" w:rsidRDefault="00E342A6">
      <w:pPr>
        <w:spacing w:before="120" w:after="100" w:line="240" w:lineRule="auto"/>
        <w:rPr>
          <w:rFonts w:ascii="Georgia" w:hAnsi="Georgia"/>
          <w:b/>
          <w:color w:val="17365D"/>
          <w:sz w:val="30"/>
        </w:rPr>
      </w:pPr>
    </w:p>
    <w:p w14:paraId="0B8805F2" w14:textId="37B51F85" w:rsidR="00B000C3" w:rsidRDefault="00000000">
      <w:pPr>
        <w:spacing w:before="120" w:after="100" w:line="240" w:lineRule="auto"/>
      </w:pPr>
      <w:r>
        <w:rPr>
          <w:rFonts w:ascii="Georgia" w:hAnsi="Georgia"/>
          <w:b/>
          <w:color w:val="17365D"/>
          <w:sz w:val="30"/>
        </w:rPr>
        <w:lastRenderedPageBreak/>
        <w:t>Day 2 — Detailed Run of Show</w:t>
      </w:r>
    </w:p>
    <w:tbl>
      <w:tblPr>
        <w:tblW w:w="0" w:type="auto"/>
        <w:jc w:val="center"/>
        <w:tblLook w:val="04A0" w:firstRow="1" w:lastRow="0" w:firstColumn="1" w:lastColumn="0" w:noHBand="0" w:noVBand="1"/>
      </w:tblPr>
      <w:tblGrid>
        <w:gridCol w:w="10080"/>
      </w:tblGrid>
      <w:tr w:rsidR="00B000C3" w14:paraId="77C6F692" w14:textId="77777777">
        <w:trPr>
          <w:jc w:val="center"/>
        </w:trPr>
        <w:tc>
          <w:tcPr>
            <w:tcW w:w="10080" w:type="dxa"/>
            <w:shd w:val="clear" w:color="auto" w:fill="FBF8EF"/>
            <w:tcMar>
              <w:top w:w="100" w:type="dxa"/>
              <w:left w:w="130" w:type="dxa"/>
              <w:bottom w:w="100" w:type="dxa"/>
              <w:right w:w="130" w:type="dxa"/>
            </w:tcMar>
          </w:tcPr>
          <w:p w14:paraId="7C58DA98" w14:textId="77777777" w:rsidR="00B000C3" w:rsidRDefault="00000000">
            <w:pPr>
              <w:spacing w:after="0" w:line="240" w:lineRule="auto"/>
            </w:pPr>
            <w:r>
              <w:rPr>
                <w:b/>
                <w:color w:val="17365D"/>
                <w:sz w:val="18"/>
              </w:rPr>
              <w:t xml:space="preserve">How to use this section: </w:t>
            </w:r>
            <w:r>
              <w:rPr>
                <w:color w:val="333333"/>
                <w:sz w:val="18"/>
              </w:rPr>
              <w:t>Begin with the first required delivery action of the day and continue chronologically until the final assigned responsibility is complete. Add, remove or rename note headings under each timed activity as needed.</w:t>
            </w:r>
          </w:p>
        </w:tc>
      </w:tr>
    </w:tbl>
    <w:p w14:paraId="26EE3AE6" w14:textId="77777777" w:rsidR="00B000C3" w:rsidRDefault="00B000C3">
      <w:pPr>
        <w:spacing w:after="20"/>
      </w:pPr>
    </w:p>
    <w:p w14:paraId="1C5646C6" w14:textId="77777777" w:rsidR="00B000C3" w:rsidRDefault="00000000">
      <w:pPr>
        <w:spacing w:before="160" w:after="60" w:line="240" w:lineRule="auto"/>
      </w:pPr>
      <w:r>
        <w:rPr>
          <w:rFonts w:ascii="Georgia" w:hAnsi="Georgia"/>
          <w:b/>
          <w:color w:val="17365D"/>
          <w:sz w:val="22"/>
        </w:rPr>
        <w:t>[Time]  |  [Activity / Program Element]</w:t>
      </w:r>
    </w:p>
    <w:p w14:paraId="34E5DCC4" w14:textId="77777777" w:rsidR="00B000C3" w:rsidRDefault="00000000">
      <w:pPr>
        <w:spacing w:before="80" w:after="60" w:line="240" w:lineRule="auto"/>
      </w:pPr>
      <w:r>
        <w:rPr>
          <w:b/>
          <w:color w:val="C9A227"/>
          <w:sz w:val="17"/>
        </w:rPr>
        <w:t>RESPONSIBLE</w:t>
      </w:r>
    </w:p>
    <w:p w14:paraId="715325F0" w14:textId="77777777" w:rsidR="00B000C3" w:rsidRDefault="00000000">
      <w:pPr>
        <w:spacing w:after="100" w:line="240" w:lineRule="auto"/>
      </w:pPr>
      <w:r>
        <w:rPr>
          <w:i/>
          <w:color w:val="666666"/>
        </w:rPr>
        <w:t>[Name / role / vendor responsible]</w:t>
      </w:r>
    </w:p>
    <w:p w14:paraId="1DE3671E" w14:textId="77777777" w:rsidR="00B000C3" w:rsidRDefault="00000000">
      <w:pPr>
        <w:spacing w:before="80" w:after="60" w:line="240" w:lineRule="auto"/>
      </w:pPr>
      <w:r>
        <w:rPr>
          <w:b/>
          <w:color w:val="C9A227"/>
          <w:sz w:val="17"/>
        </w:rPr>
        <w:t>EVENT DELIVERY NOTES</w:t>
      </w:r>
    </w:p>
    <w:p w14:paraId="37F7B859" w14:textId="77777777" w:rsidR="00B000C3" w:rsidRDefault="00000000">
      <w:pPr>
        <w:spacing w:after="100" w:line="240" w:lineRule="auto"/>
      </w:pPr>
      <w:r>
        <w:rPr>
          <w:i/>
          <w:color w:val="666666"/>
        </w:rPr>
        <w:t>[Detailed actions, setup, timing, staffing, attendee flow, checks or other instructions required for this activity]</w:t>
      </w:r>
    </w:p>
    <w:p w14:paraId="35680EFE" w14:textId="77777777" w:rsidR="00B000C3" w:rsidRDefault="00000000">
      <w:pPr>
        <w:spacing w:before="80" w:after="60" w:line="240" w:lineRule="auto"/>
      </w:pPr>
      <w:r>
        <w:rPr>
          <w:b/>
          <w:color w:val="C9A227"/>
          <w:sz w:val="17"/>
        </w:rPr>
        <w:t>REMARKS / SCRIPT — IF APPLICABLE</w:t>
      </w:r>
    </w:p>
    <w:p w14:paraId="7413E5E2" w14:textId="77777777" w:rsidR="00B000C3" w:rsidRDefault="00000000">
      <w:pPr>
        <w:spacing w:after="100" w:line="240" w:lineRule="auto"/>
      </w:pPr>
      <w:r>
        <w:rPr>
          <w:i/>
          <w:color w:val="666666"/>
        </w:rPr>
        <w:t>[For MC, Keynote Speaker or Organization Representative / President when applicable. Add speaker name and photo where useful.]</w:t>
      </w:r>
    </w:p>
    <w:p w14:paraId="3A671779" w14:textId="77777777" w:rsidR="00B000C3" w:rsidRDefault="00000000">
      <w:pPr>
        <w:spacing w:before="80" w:after="60" w:line="240" w:lineRule="auto"/>
      </w:pPr>
      <w:r>
        <w:rPr>
          <w:b/>
          <w:color w:val="C9A227"/>
          <w:sz w:val="17"/>
        </w:rPr>
        <w:t>AV NOTES — IF APPLICABLE</w:t>
      </w:r>
    </w:p>
    <w:p w14:paraId="1FFC46EA" w14:textId="77777777" w:rsidR="00B000C3" w:rsidRDefault="00000000">
      <w:pPr>
        <w:spacing w:after="100" w:line="240" w:lineRule="auto"/>
      </w:pPr>
      <w:r>
        <w:rPr>
          <w:i/>
          <w:color w:val="666666"/>
        </w:rPr>
        <w:t>[Microphones, presentation, video, audio, screens, lighting or technical cues]</w:t>
      </w:r>
    </w:p>
    <w:p w14:paraId="2C393D33" w14:textId="77777777" w:rsidR="00B000C3" w:rsidRDefault="00000000">
      <w:pPr>
        <w:spacing w:before="80" w:after="60" w:line="240" w:lineRule="auto"/>
      </w:pPr>
      <w:r>
        <w:rPr>
          <w:b/>
          <w:color w:val="C9A227"/>
          <w:sz w:val="17"/>
        </w:rPr>
        <w:t>PRODUCTION / STAGE NOTES — IF APPLICABLE</w:t>
      </w:r>
    </w:p>
    <w:p w14:paraId="2AED9E3A" w14:textId="77777777" w:rsidR="00B000C3" w:rsidRDefault="00000000">
      <w:pPr>
        <w:spacing w:after="100" w:line="240" w:lineRule="auto"/>
      </w:pPr>
      <w:r>
        <w:rPr>
          <w:i/>
          <w:color w:val="666666"/>
        </w:rPr>
        <w:t>[Walk-ons, stage movement, furniture, lighting, show-flow, photography or production cues]</w:t>
      </w:r>
    </w:p>
    <w:p w14:paraId="78DBE298" w14:textId="77777777" w:rsidR="00B000C3" w:rsidRDefault="00000000">
      <w:pPr>
        <w:spacing w:before="80" w:after="60" w:line="240" w:lineRule="auto"/>
      </w:pPr>
      <w:r>
        <w:rPr>
          <w:b/>
          <w:color w:val="C9A227"/>
          <w:sz w:val="17"/>
        </w:rPr>
        <w:t>F&amp;B NOTES — IF APPLICABLE</w:t>
      </w:r>
    </w:p>
    <w:p w14:paraId="2690E505" w14:textId="77777777" w:rsidR="00B000C3" w:rsidRDefault="00000000">
      <w:pPr>
        <w:spacing w:after="100" w:line="240" w:lineRule="auto"/>
      </w:pPr>
      <w:r>
        <w:rPr>
          <w:i/>
          <w:color w:val="666666"/>
        </w:rPr>
        <w:t>[Meal/break setup, menu or dietary confirmation, service timing and other required F&amp;B details]</w:t>
      </w:r>
    </w:p>
    <w:p w14:paraId="1FAEB7C7" w14:textId="77777777" w:rsidR="00B000C3" w:rsidRDefault="00000000">
      <w:pPr>
        <w:spacing w:before="80" w:after="60" w:line="240" w:lineRule="auto"/>
      </w:pPr>
      <w:r>
        <w:rPr>
          <w:b/>
          <w:color w:val="C9A227"/>
          <w:sz w:val="17"/>
        </w:rPr>
        <w:t>SPONSORSHIP / BRANDING NOTES — IF APPLICABLE</w:t>
      </w:r>
    </w:p>
    <w:p w14:paraId="0CCD014C" w14:textId="77777777" w:rsidR="00B000C3" w:rsidRDefault="00000000">
      <w:pPr>
        <w:spacing w:after="100" w:line="240" w:lineRule="auto"/>
      </w:pPr>
      <w:r>
        <w:rPr>
          <w:i/>
          <w:color w:val="666666"/>
        </w:rPr>
        <w:t>[Contracted sponsor benefits, branding placement, recognition, activation or removal timing]</w:t>
      </w:r>
    </w:p>
    <w:p w14:paraId="2FB77656" w14:textId="77777777" w:rsidR="00B000C3" w:rsidRDefault="00000000">
      <w:pPr>
        <w:spacing w:after="100" w:line="240" w:lineRule="auto"/>
      </w:pPr>
      <w:r>
        <w:rPr>
          <w:i/>
          <w:color w:val="666666"/>
        </w:rPr>
        <w:t>[Duplicate the timed activity section as needed and continue in chronological order.]</w:t>
      </w:r>
    </w:p>
    <w:p w14:paraId="2C437DC9" w14:textId="77777777" w:rsidR="00B000C3" w:rsidRDefault="00000000">
      <w:r>
        <w:br w:type="page"/>
      </w:r>
    </w:p>
    <w:p w14:paraId="343D58DE" w14:textId="77777777" w:rsidR="00B000C3" w:rsidRDefault="00000000">
      <w:pPr>
        <w:spacing w:before="120" w:after="100" w:line="240" w:lineRule="auto"/>
      </w:pPr>
      <w:r>
        <w:rPr>
          <w:rFonts w:ascii="Georgia" w:hAnsi="Georgia"/>
          <w:b/>
          <w:color w:val="17365D"/>
          <w:sz w:val="30"/>
        </w:rPr>
        <w:lastRenderedPageBreak/>
        <w:t>Example of the Level of Detail</w:t>
      </w:r>
    </w:p>
    <w:p w14:paraId="3087161D" w14:textId="77777777" w:rsidR="00B000C3" w:rsidRDefault="00000000">
      <w:pPr>
        <w:spacing w:after="120" w:line="240" w:lineRule="auto"/>
      </w:pPr>
      <w:r>
        <w:rPr>
          <w:i/>
          <w:color w:val="666666"/>
        </w:rPr>
        <w:t>The example below illustrates structure only. Adapt the detail to the event; do not add checks or actions that are not necessary.</w:t>
      </w:r>
    </w:p>
    <w:p w14:paraId="49682BBA" w14:textId="77777777" w:rsidR="00B000C3" w:rsidRDefault="00000000">
      <w:pPr>
        <w:spacing w:before="160" w:after="60" w:line="240" w:lineRule="auto"/>
      </w:pPr>
      <w:r>
        <w:rPr>
          <w:rFonts w:ascii="Georgia" w:hAnsi="Georgia"/>
          <w:b/>
          <w:color w:val="17365D"/>
          <w:sz w:val="22"/>
        </w:rPr>
        <w:t>12:00 PM  |  Lunch</w:t>
      </w:r>
    </w:p>
    <w:p w14:paraId="3C626C91" w14:textId="77777777" w:rsidR="00B000C3" w:rsidRDefault="00000000">
      <w:pPr>
        <w:spacing w:before="80" w:after="60" w:line="240" w:lineRule="auto"/>
      </w:pPr>
      <w:r>
        <w:rPr>
          <w:b/>
          <w:color w:val="C9A227"/>
          <w:sz w:val="17"/>
        </w:rPr>
        <w:t>RESPONSIBLE</w:t>
      </w:r>
    </w:p>
    <w:p w14:paraId="26EBC308" w14:textId="77777777" w:rsidR="00B000C3" w:rsidRDefault="00000000">
      <w:pPr>
        <w:spacing w:after="100" w:line="240" w:lineRule="auto"/>
      </w:pPr>
      <w:r>
        <w:rPr>
          <w:i/>
          <w:color w:val="666666"/>
        </w:rPr>
        <w:t>Event Manager / designated event team member; Venue F&amp;B Captain; Sponsorship Lead or Event Coordinator, as applicable.</w:t>
      </w:r>
    </w:p>
    <w:p w14:paraId="3DA5C0E7" w14:textId="77777777" w:rsidR="00B000C3" w:rsidRDefault="00000000">
      <w:pPr>
        <w:spacing w:before="80" w:after="60" w:line="240" w:lineRule="auto"/>
      </w:pPr>
      <w:r>
        <w:rPr>
          <w:b/>
          <w:color w:val="C9A227"/>
          <w:sz w:val="17"/>
        </w:rPr>
        <w:t>EVENT DELIVERY NOTES</w:t>
      </w:r>
    </w:p>
    <w:p w14:paraId="1AE64433" w14:textId="77777777" w:rsidR="00B000C3" w:rsidRDefault="00000000">
      <w:pPr>
        <w:spacing w:after="100" w:line="240" w:lineRule="auto"/>
      </w:pPr>
      <w:r>
        <w:rPr>
          <w:i/>
          <w:color w:val="666666"/>
        </w:rPr>
        <w:t>Confirm the meal setup and service timing against the approved requirements. Confirm dietary meals and attendee flow arrangements. Complete a final room check before guest entry only when required for this event.</w:t>
      </w:r>
    </w:p>
    <w:p w14:paraId="0ED309AF" w14:textId="77777777" w:rsidR="00B000C3" w:rsidRDefault="00000000">
      <w:pPr>
        <w:spacing w:before="80" w:after="60" w:line="240" w:lineRule="auto"/>
      </w:pPr>
      <w:r>
        <w:rPr>
          <w:b/>
          <w:color w:val="C9A227"/>
          <w:sz w:val="17"/>
        </w:rPr>
        <w:t>AV NOTES — IF APPLICABLE</w:t>
      </w:r>
    </w:p>
    <w:p w14:paraId="5127380B" w14:textId="77777777" w:rsidR="00B000C3" w:rsidRDefault="00000000">
      <w:pPr>
        <w:spacing w:after="100" w:line="240" w:lineRule="auto"/>
      </w:pPr>
      <w:r>
        <w:rPr>
          <w:i/>
          <w:color w:val="666666"/>
        </w:rPr>
        <w:t>Display the approved lunch holding slide; background music at the agreed level; microphone available if announcements are planned.</w:t>
      </w:r>
    </w:p>
    <w:p w14:paraId="689DE40C" w14:textId="77777777" w:rsidR="00B000C3" w:rsidRDefault="00000000">
      <w:pPr>
        <w:spacing w:before="80" w:after="60" w:line="240" w:lineRule="auto"/>
      </w:pPr>
      <w:r>
        <w:rPr>
          <w:b/>
          <w:color w:val="C9A227"/>
          <w:sz w:val="17"/>
        </w:rPr>
        <w:t>F&amp;B NOTES</w:t>
      </w:r>
    </w:p>
    <w:p w14:paraId="0C428956" w14:textId="77777777" w:rsidR="00B000C3" w:rsidRDefault="00000000">
      <w:pPr>
        <w:spacing w:after="100" w:line="240" w:lineRule="auto"/>
      </w:pPr>
      <w:r>
        <w:rPr>
          <w:i/>
          <w:color w:val="666666"/>
        </w:rPr>
        <w:t>Review the approved menu, service setup and dietary requirements with the venue/F&amp;B contact.</w:t>
      </w:r>
    </w:p>
    <w:p w14:paraId="6F9B6E13" w14:textId="77777777" w:rsidR="00B000C3" w:rsidRDefault="00000000">
      <w:pPr>
        <w:spacing w:before="80" w:after="60" w:line="240" w:lineRule="auto"/>
      </w:pPr>
      <w:r>
        <w:rPr>
          <w:b/>
          <w:color w:val="C9A227"/>
          <w:sz w:val="17"/>
        </w:rPr>
        <w:t>SPONSORSHIP / BRANDING NOTES — IF APPLICABLE</w:t>
      </w:r>
    </w:p>
    <w:p w14:paraId="38DAB3D5" w14:textId="77777777" w:rsidR="00B000C3" w:rsidRDefault="00000000">
      <w:pPr>
        <w:spacing w:after="100" w:line="240" w:lineRule="auto"/>
      </w:pPr>
      <w:r>
        <w:rPr>
          <w:i/>
          <w:color w:val="666666"/>
        </w:rPr>
        <w:t>Confirm contracted lunch sponsor branding or recognition is in place before attendees arrive and that the agreed benefit is delivered.</w:t>
      </w:r>
    </w:p>
    <w:p w14:paraId="3931BFA1" w14:textId="77777777" w:rsidR="00B000C3" w:rsidRDefault="00000000">
      <w:pPr>
        <w:spacing w:before="160" w:after="60" w:line="240" w:lineRule="auto"/>
      </w:pPr>
      <w:r>
        <w:rPr>
          <w:rFonts w:ascii="Georgia" w:hAnsi="Georgia"/>
          <w:b/>
          <w:color w:val="17365D"/>
          <w:sz w:val="22"/>
        </w:rPr>
        <w:t>2:00 PM  |  Sponsored Coffee Break</w:t>
      </w:r>
    </w:p>
    <w:p w14:paraId="449167BE" w14:textId="77777777" w:rsidR="00B000C3" w:rsidRDefault="00000000">
      <w:pPr>
        <w:spacing w:before="80" w:after="60" w:line="240" w:lineRule="auto"/>
      </w:pPr>
      <w:r>
        <w:rPr>
          <w:b/>
          <w:color w:val="C9A227"/>
          <w:sz w:val="17"/>
        </w:rPr>
        <w:t>RESPONSIBLE</w:t>
      </w:r>
    </w:p>
    <w:p w14:paraId="1945BF37" w14:textId="77777777" w:rsidR="00B000C3" w:rsidRDefault="00000000">
      <w:pPr>
        <w:spacing w:after="100" w:line="240" w:lineRule="auto"/>
      </w:pPr>
      <w:r>
        <w:rPr>
          <w:i/>
          <w:color w:val="666666"/>
        </w:rPr>
        <w:t>Venue/F&amp;B contact for service; designated event team member for sponsor benefit/branding; other roles as required.</w:t>
      </w:r>
    </w:p>
    <w:p w14:paraId="23C556A2" w14:textId="77777777" w:rsidR="00B000C3" w:rsidRDefault="00000000">
      <w:pPr>
        <w:spacing w:before="80" w:after="60" w:line="240" w:lineRule="auto"/>
      </w:pPr>
      <w:r>
        <w:rPr>
          <w:b/>
          <w:color w:val="C9A227"/>
          <w:sz w:val="17"/>
        </w:rPr>
        <w:t>EVENT DELIVERY NOTES</w:t>
      </w:r>
    </w:p>
    <w:p w14:paraId="64993A6C" w14:textId="77777777" w:rsidR="00B000C3" w:rsidRDefault="00000000">
      <w:pPr>
        <w:spacing w:after="100" w:line="240" w:lineRule="auto"/>
      </w:pPr>
      <w:r>
        <w:rPr>
          <w:i/>
          <w:color w:val="666666"/>
        </w:rPr>
        <w:t>Confirm the break is set before the preceding session releases and that attendee flow is ready.</w:t>
      </w:r>
    </w:p>
    <w:p w14:paraId="65633C90" w14:textId="77777777" w:rsidR="00B000C3" w:rsidRDefault="00000000">
      <w:pPr>
        <w:spacing w:before="80" w:after="60" w:line="240" w:lineRule="auto"/>
      </w:pPr>
      <w:r>
        <w:rPr>
          <w:b/>
          <w:color w:val="C9A227"/>
          <w:sz w:val="17"/>
        </w:rPr>
        <w:t>F&amp;B NOTES</w:t>
      </w:r>
    </w:p>
    <w:p w14:paraId="2B175FC4" w14:textId="77777777" w:rsidR="00B000C3" w:rsidRDefault="00000000">
      <w:pPr>
        <w:spacing w:after="100" w:line="240" w:lineRule="auto"/>
      </w:pPr>
      <w:r>
        <w:rPr>
          <w:i/>
          <w:color w:val="666666"/>
        </w:rPr>
        <w:t>Confirm coffee/tea, refreshments and dietary items against the approved order.</w:t>
      </w:r>
    </w:p>
    <w:p w14:paraId="3AC1BAEB" w14:textId="77777777" w:rsidR="00B000C3" w:rsidRDefault="00000000">
      <w:pPr>
        <w:spacing w:before="80" w:after="60" w:line="240" w:lineRule="auto"/>
      </w:pPr>
      <w:r>
        <w:rPr>
          <w:b/>
          <w:color w:val="C9A227"/>
          <w:sz w:val="17"/>
        </w:rPr>
        <w:t>SPONSORSHIP / BRANDING NOTES</w:t>
      </w:r>
    </w:p>
    <w:p w14:paraId="352CA59C" w14:textId="77777777" w:rsidR="00B000C3" w:rsidRDefault="00000000">
      <w:pPr>
        <w:spacing w:after="100" w:line="240" w:lineRule="auto"/>
      </w:pPr>
      <w:r>
        <w:rPr>
          <w:i/>
          <w:color w:val="666666"/>
        </w:rPr>
        <w:t>Put out the contracted coffee-break sponsor branding before attendees arrive. Confirm placement and other agreed benefits. Remove or store branding afterward if required.</w:t>
      </w:r>
    </w:p>
    <w:p w14:paraId="0659629A" w14:textId="77777777" w:rsidR="00C23462" w:rsidRDefault="00C23462">
      <w:pPr>
        <w:spacing w:before="120" w:after="100" w:line="240" w:lineRule="auto"/>
        <w:rPr>
          <w:rFonts w:ascii="Georgia" w:hAnsi="Georgia"/>
          <w:b/>
          <w:color w:val="17365D"/>
          <w:sz w:val="30"/>
        </w:rPr>
      </w:pPr>
    </w:p>
    <w:p w14:paraId="0CDA1C27" w14:textId="4591D306" w:rsidR="00B000C3" w:rsidRDefault="00000000">
      <w:pPr>
        <w:spacing w:before="120" w:after="100" w:line="240" w:lineRule="auto"/>
      </w:pPr>
      <w:r>
        <w:rPr>
          <w:rFonts w:ascii="Georgia" w:hAnsi="Georgia"/>
          <w:b/>
          <w:color w:val="17365D"/>
          <w:sz w:val="30"/>
        </w:rPr>
        <w:t>Planner Review Before Finalizing</w:t>
      </w:r>
    </w:p>
    <w:p w14:paraId="2676CCC6" w14:textId="77777777" w:rsidR="00B000C3" w:rsidRDefault="00000000">
      <w:pPr>
        <w:pStyle w:val="ListBullet"/>
        <w:spacing w:after="40" w:line="240" w:lineRule="auto"/>
      </w:pPr>
      <w:r>
        <w:t>Program at a Glance matches the final approved program for each day.</w:t>
      </w:r>
    </w:p>
    <w:p w14:paraId="369AA225" w14:textId="77777777" w:rsidR="00B000C3" w:rsidRDefault="00000000">
      <w:pPr>
        <w:pStyle w:val="ListBullet"/>
        <w:spacing w:after="40" w:line="240" w:lineRule="auto"/>
      </w:pPr>
      <w:r>
        <w:t>Every required delivery action appears at the correct time, including setup/opening and closing activities.</w:t>
      </w:r>
    </w:p>
    <w:p w14:paraId="654B3397" w14:textId="77777777" w:rsidR="00B000C3" w:rsidRDefault="00000000">
      <w:pPr>
        <w:pStyle w:val="ListBullet"/>
        <w:spacing w:after="40" w:line="240" w:lineRule="auto"/>
      </w:pPr>
      <w:r>
        <w:t>Key staff, vendor and venue contacts are current.</w:t>
      </w:r>
    </w:p>
    <w:p w14:paraId="11071302" w14:textId="77777777" w:rsidR="00B000C3" w:rsidRDefault="00000000">
      <w:pPr>
        <w:pStyle w:val="ListBullet"/>
        <w:spacing w:after="40" w:line="240" w:lineRule="auto"/>
      </w:pPr>
      <w:r>
        <w:t>Roles and responsibilities are clear for each required action.</w:t>
      </w:r>
    </w:p>
    <w:p w14:paraId="5770DD76" w14:textId="77777777" w:rsidR="00B000C3" w:rsidRDefault="00000000">
      <w:pPr>
        <w:pStyle w:val="ListBullet"/>
        <w:spacing w:after="40" w:line="240" w:lineRule="auto"/>
      </w:pPr>
      <w:r>
        <w:t>MC, Keynote and Organization Representative / President remarks are included where applicable, with photos where useful.</w:t>
      </w:r>
    </w:p>
    <w:p w14:paraId="1FECD861" w14:textId="77777777" w:rsidR="00B000C3" w:rsidRDefault="00000000">
      <w:pPr>
        <w:pStyle w:val="ListBullet"/>
        <w:spacing w:after="40" w:line="240" w:lineRule="auto"/>
      </w:pPr>
      <w:r>
        <w:t>AV and production cues have been reviewed with the appropriate delivery partners.</w:t>
      </w:r>
    </w:p>
    <w:p w14:paraId="5C35B2EA" w14:textId="77777777" w:rsidR="00B000C3" w:rsidRDefault="00000000">
      <w:pPr>
        <w:pStyle w:val="ListBullet"/>
        <w:spacing w:after="40" w:line="240" w:lineRule="auto"/>
      </w:pPr>
      <w:r>
        <w:t>Meals, breaks and F&amp;B requirements are represented where they affect event delivery.</w:t>
      </w:r>
    </w:p>
    <w:p w14:paraId="131DA542" w14:textId="77777777" w:rsidR="00B000C3" w:rsidRDefault="00000000">
      <w:pPr>
        <w:pStyle w:val="ListBullet"/>
        <w:spacing w:after="40" w:line="240" w:lineRule="auto"/>
      </w:pPr>
      <w:r>
        <w:t>Sponsorship benefits and branding actions are included where they must be delivered at a specific time.</w:t>
      </w:r>
    </w:p>
    <w:p w14:paraId="73599E2E" w14:textId="77777777" w:rsidR="00B000C3" w:rsidRDefault="00000000">
      <w:pPr>
        <w:pStyle w:val="ListBullet"/>
        <w:spacing w:after="40" w:line="240" w:lineRule="auto"/>
      </w:pPr>
      <w:r>
        <w:t>Outstanding placeholders have been resolved or intentionally retained for final confirmation.</w:t>
      </w:r>
    </w:p>
    <w:p w14:paraId="5016364F" w14:textId="77777777" w:rsidR="00B000C3" w:rsidRDefault="00000000">
      <w:pPr>
        <w:pStyle w:val="ListBullet"/>
        <w:spacing w:after="40" w:line="240" w:lineRule="auto"/>
      </w:pPr>
      <w:r>
        <w:t>The document reflects the event being delivered; unnecessary generic instructions have been removed.</w:t>
      </w:r>
    </w:p>
    <w:p w14:paraId="19E01BA9" w14:textId="77777777" w:rsidR="00C23462" w:rsidRDefault="00C23462">
      <w:pPr>
        <w:spacing w:before="240"/>
        <w:jc w:val="center"/>
        <w:rPr>
          <w:rFonts w:ascii="Georgia" w:hAnsi="Georgia"/>
          <w:b/>
          <w:color w:val="17365D"/>
          <w:sz w:val="22"/>
        </w:rPr>
      </w:pPr>
    </w:p>
    <w:p w14:paraId="7F2E483E" w14:textId="79284B5D" w:rsidR="00B000C3" w:rsidRDefault="00000000">
      <w:pPr>
        <w:spacing w:before="240"/>
        <w:jc w:val="center"/>
      </w:pPr>
      <w:r>
        <w:rPr>
          <w:rFonts w:ascii="Georgia" w:hAnsi="Georgia"/>
          <w:b/>
          <w:color w:val="17365D"/>
          <w:sz w:val="22"/>
        </w:rPr>
        <w:t>AI Can Assist  →  Planner Verifies  →  Planner Decides</w:t>
      </w:r>
    </w:p>
    <w:p w14:paraId="2D9660AB" w14:textId="77777777" w:rsidR="00B000C3" w:rsidRDefault="00000000">
      <w:pPr>
        <w:jc w:val="center"/>
      </w:pPr>
      <w:r>
        <w:rPr>
          <w:i/>
          <w:color w:val="666666"/>
          <w:sz w:val="18"/>
        </w:rPr>
        <w:t>Know the work. Use AI to support the work. Know enough to judge the result.</w:t>
      </w:r>
    </w:p>
    <w:sectPr w:rsidR="00B000C3" w:rsidSect="00034616">
      <w:headerReference w:type="default" r:id="rId8"/>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EC775" w14:textId="77777777" w:rsidR="00930DE1" w:rsidRDefault="00930DE1">
      <w:pPr>
        <w:spacing w:after="0" w:line="240" w:lineRule="auto"/>
      </w:pPr>
      <w:r>
        <w:separator/>
      </w:r>
    </w:p>
  </w:endnote>
  <w:endnote w:type="continuationSeparator" w:id="0">
    <w:p w14:paraId="357339FF" w14:textId="77777777" w:rsidR="00930DE1" w:rsidRDefault="00930D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8D964" w14:textId="77777777" w:rsidR="00B000C3" w:rsidRDefault="00000000">
    <w:pPr>
      <w:pStyle w:val="Footer"/>
      <w:jc w:val="center"/>
    </w:pPr>
    <w:r>
      <w:rPr>
        <w:color w:val="777777"/>
        <w:sz w:val="16"/>
      </w:rPr>
      <w:t>ECP Learning Hub • Run of Show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CBA44" w14:textId="77777777" w:rsidR="00930DE1" w:rsidRDefault="00930DE1">
      <w:pPr>
        <w:spacing w:after="0" w:line="240" w:lineRule="auto"/>
      </w:pPr>
      <w:r>
        <w:separator/>
      </w:r>
    </w:p>
  </w:footnote>
  <w:footnote w:type="continuationSeparator" w:id="0">
    <w:p w14:paraId="31117653" w14:textId="77777777" w:rsidR="00930DE1" w:rsidRDefault="00930D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F0F71" w14:textId="77777777" w:rsidR="00B000C3" w:rsidRDefault="00000000">
    <w:pPr>
      <w:pStyle w:val="Header"/>
      <w:jc w:val="right"/>
    </w:pPr>
    <w:r>
      <w:rPr>
        <w:b/>
        <w:color w:val="17365D"/>
        <w:sz w:val="16"/>
      </w:rPr>
      <w:t>EVENT CONSULTING PARTNERS  |  RUN OF SHOW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53380244">
    <w:abstractNumId w:val="8"/>
  </w:num>
  <w:num w:numId="2" w16cid:durableId="867334919">
    <w:abstractNumId w:val="6"/>
  </w:num>
  <w:num w:numId="3" w16cid:durableId="2036539797">
    <w:abstractNumId w:val="5"/>
  </w:num>
  <w:num w:numId="4" w16cid:durableId="2002125177">
    <w:abstractNumId w:val="4"/>
  </w:num>
  <w:num w:numId="5" w16cid:durableId="410009078">
    <w:abstractNumId w:val="7"/>
  </w:num>
  <w:num w:numId="6" w16cid:durableId="1354959727">
    <w:abstractNumId w:val="3"/>
  </w:num>
  <w:num w:numId="7" w16cid:durableId="1050226147">
    <w:abstractNumId w:val="2"/>
  </w:num>
  <w:num w:numId="8" w16cid:durableId="1682776736">
    <w:abstractNumId w:val="1"/>
  </w:num>
  <w:num w:numId="9" w16cid:durableId="1121803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11C16"/>
    <w:rsid w:val="00930DE1"/>
    <w:rsid w:val="00AA1D8D"/>
    <w:rsid w:val="00B000C3"/>
    <w:rsid w:val="00B47730"/>
    <w:rsid w:val="00C23462"/>
    <w:rsid w:val="00CB0664"/>
    <w:rsid w:val="00E342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38C415"/>
  <w14:defaultImageDpi w14:val="300"/>
  <w15:docId w15:val="{9413F49E-21C6-4AD2-BB7C-FC6C83E32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1469</Words>
  <Characters>8379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Annick Hector</cp:lastModifiedBy>
  <cp:revision>3</cp:revision>
  <dcterms:created xsi:type="dcterms:W3CDTF">2013-12-23T23:15:00Z</dcterms:created>
  <dcterms:modified xsi:type="dcterms:W3CDTF">2026-09-09T19:57:00Z</dcterms:modified>
  <cp:category/>
</cp:coreProperties>
</file>